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166"/>
      </w:tblGrid>
      <w:tr w:rsidR="00A80220" w14:paraId="1B5746CC" w14:textId="77777777" w:rsidTr="00A80220">
        <w:trPr>
          <w:trHeight w:val="102"/>
          <w:jc w:val="center"/>
        </w:trPr>
        <w:tc>
          <w:tcPr>
            <w:tcW w:w="10166" w:type="dxa"/>
            <w:shd w:val="clear" w:color="auto" w:fill="FFCC00"/>
            <w:tcMar>
              <w:top w:w="40" w:type="dxa"/>
              <w:left w:w="0" w:type="dxa"/>
              <w:bottom w:w="40" w:type="dxa"/>
              <w:right w:w="0" w:type="dxa"/>
            </w:tcMar>
          </w:tcPr>
          <w:p w14:paraId="0745C9B1" w14:textId="77777777" w:rsidR="00A80220" w:rsidRDefault="00A80220" w:rsidP="00A80220">
            <w:pPr>
              <w:spacing w:after="0" w:line="240" w:lineRule="auto"/>
            </w:pPr>
          </w:p>
        </w:tc>
      </w:tr>
    </w:tbl>
    <w:p w14:paraId="7E43BC20" w14:textId="0876A26F" w:rsidR="000C726D" w:rsidRDefault="007D1E2D">
      <w:pPr>
        <w:spacing w:before="240" w:after="240"/>
      </w:pPr>
      <w:r>
        <w:rPr>
          <w:noProof/>
        </w:rPr>
        <w:drawing>
          <wp:inline distT="0" distB="0" distL="0" distR="0" wp14:anchorId="4A42290E" wp14:editId="124FBDA3">
            <wp:extent cx="1073150" cy="352039"/>
            <wp:effectExtent l="0" t="0" r="0" b="0"/>
            <wp:docPr id="142350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0639" name="Picture 142350639"/>
                    <pic:cNvPicPr/>
                  </pic:nvPicPr>
                  <pic:blipFill>
                    <a:blip r:embed="rId11"/>
                    <a:stretch>
                      <a:fillRect/>
                    </a:stretch>
                  </pic:blipFill>
                  <pic:spPr>
                    <a:xfrm>
                      <a:off x="0" y="0"/>
                      <a:ext cx="1086530" cy="356428"/>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5083"/>
        <w:gridCol w:w="5083"/>
      </w:tblGrid>
      <w:tr w:rsidR="000C726D" w14:paraId="5D6EE9F2" w14:textId="77777777" w:rsidTr="000D682D">
        <w:trPr>
          <w:trHeight w:val="1947"/>
          <w:jc w:val="center"/>
        </w:trPr>
        <w:tc>
          <w:tcPr>
            <w:tcW w:w="5083" w:type="dxa"/>
            <w:tcMar>
              <w:top w:w="0" w:type="dxa"/>
              <w:left w:w="0" w:type="dxa"/>
              <w:bottom w:w="0" w:type="dxa"/>
              <w:right w:w="0" w:type="dxa"/>
            </w:tcMar>
            <w:vAlign w:val="center"/>
          </w:tcPr>
          <w:p w14:paraId="73C1185B" w14:textId="77777777" w:rsidR="00827394" w:rsidRDefault="00102A3C" w:rsidP="000D682D">
            <w:pPr>
              <w:spacing w:after="0"/>
              <w:rPr>
                <w:b/>
                <w:color w:val="2E5395"/>
                <w:sz w:val="20"/>
              </w:rPr>
            </w:pPr>
            <w:proofErr w:type="gramStart"/>
            <w:r>
              <w:rPr>
                <w:b/>
                <w:color w:val="2E5395"/>
                <w:sz w:val="20"/>
              </w:rPr>
              <w:t>EUROPEAN SMALL</w:t>
            </w:r>
            <w:proofErr w:type="gramEnd"/>
            <w:r>
              <w:rPr>
                <w:b/>
                <w:color w:val="2E5395"/>
                <w:sz w:val="20"/>
              </w:rPr>
              <w:t xml:space="preserve"> AND MID-CAP </w:t>
            </w:r>
          </w:p>
          <w:p w14:paraId="0795046D" w14:textId="16BD35AE" w:rsidR="000C726D" w:rsidRDefault="003C710A" w:rsidP="000D682D">
            <w:pPr>
              <w:spacing w:after="0"/>
            </w:pPr>
            <w:r>
              <w:rPr>
                <w:b/>
                <w:color w:val="2E5395"/>
                <w:sz w:val="20"/>
              </w:rPr>
              <w:t xml:space="preserve">INNOVATION </w:t>
            </w:r>
            <w:r w:rsidR="00102A3C">
              <w:rPr>
                <w:b/>
                <w:color w:val="2E5395"/>
                <w:sz w:val="20"/>
              </w:rPr>
              <w:t>AWARDS</w:t>
            </w:r>
            <w:r w:rsidR="00827394">
              <w:rPr>
                <w:b/>
                <w:color w:val="2E5395"/>
                <w:sz w:val="20"/>
              </w:rPr>
              <w:t xml:space="preserve"> 2027</w:t>
            </w:r>
          </w:p>
          <w:p w14:paraId="7AD7732E" w14:textId="6392C48D" w:rsidR="000C726D" w:rsidRDefault="00102A3C" w:rsidP="00BF45BF">
            <w:pPr>
              <w:spacing w:before="120" w:after="0"/>
            </w:pPr>
            <w:r>
              <w:rPr>
                <w:b/>
                <w:color w:val="17365D"/>
                <w:sz w:val="50"/>
              </w:rPr>
              <w:t>Application form</w:t>
            </w:r>
          </w:p>
          <w:p w14:paraId="366AA4A5" w14:textId="35D18393" w:rsidR="000C726D" w:rsidRDefault="008D6121" w:rsidP="000D682D">
            <w:pPr>
              <w:spacing w:after="0"/>
            </w:pPr>
            <w:r>
              <w:rPr>
                <w:b/>
                <w:color w:val="2E5395"/>
                <w:sz w:val="32"/>
              </w:rPr>
              <w:t>RISING</w:t>
            </w:r>
            <w:r w:rsidR="00102A3C">
              <w:rPr>
                <w:b/>
                <w:color w:val="2E5395"/>
                <w:sz w:val="32"/>
              </w:rPr>
              <w:t xml:space="preserve"> STAR</w:t>
            </w:r>
            <w:r w:rsidR="00827394">
              <w:rPr>
                <w:b/>
                <w:color w:val="2E5395"/>
                <w:sz w:val="32"/>
              </w:rPr>
              <w:t xml:space="preserve"> </w:t>
            </w:r>
          </w:p>
        </w:tc>
        <w:tc>
          <w:tcPr>
            <w:tcW w:w="5083" w:type="dxa"/>
            <w:shd w:val="clear" w:color="auto" w:fill="FFFFFF" w:themeFill="background1"/>
            <w:tcMar>
              <w:top w:w="260" w:type="dxa"/>
              <w:left w:w="180" w:type="dxa"/>
              <w:bottom w:w="260" w:type="dxa"/>
              <w:right w:w="180" w:type="dxa"/>
            </w:tcMar>
          </w:tcPr>
          <w:p w14:paraId="343B2E60" w14:textId="651AB7F2" w:rsidR="000C726D" w:rsidRDefault="003C710A" w:rsidP="00262AF9">
            <w:pPr>
              <w:spacing w:after="0"/>
              <w:jc w:val="center"/>
            </w:pPr>
            <w:r>
              <w:rPr>
                <w:noProof/>
              </w:rPr>
              <w:drawing>
                <wp:inline distT="0" distB="0" distL="0" distR="0" wp14:anchorId="4D0FA6FD" wp14:editId="6FCB0BA1">
                  <wp:extent cx="2641600" cy="1341546"/>
                  <wp:effectExtent l="0" t="0" r="0" b="0"/>
                  <wp:docPr id="1776745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45373" name="Picture 1776745373"/>
                          <pic:cNvPicPr/>
                        </pic:nvPicPr>
                        <pic:blipFill rotWithShape="1">
                          <a:blip r:embed="rId12"/>
                          <a:srcRect l="9316" t="21739" r="9803" b="23490"/>
                          <a:stretch>
                            <a:fillRect/>
                          </a:stretch>
                        </pic:blipFill>
                        <pic:spPr bwMode="auto">
                          <a:xfrm>
                            <a:off x="0" y="0"/>
                            <a:ext cx="2649516" cy="1345566"/>
                          </a:xfrm>
                          <a:prstGeom prst="rect">
                            <a:avLst/>
                          </a:prstGeom>
                          <a:ln>
                            <a:noFill/>
                          </a:ln>
                          <a:extLst>
                            <a:ext uri="{53640926-AAD7-44D8-BBD7-CCE9431645EC}">
                              <a14:shadowObscured xmlns:a14="http://schemas.microsoft.com/office/drawing/2010/main"/>
                            </a:ext>
                          </a:extLst>
                        </pic:spPr>
                      </pic:pic>
                    </a:graphicData>
                  </a:graphic>
                </wp:inline>
              </w:drawing>
            </w:r>
          </w:p>
        </w:tc>
      </w:tr>
    </w:tbl>
    <w:tbl>
      <w:tblPr>
        <w:tblW w:w="0" w:type="auto"/>
        <w:shd w:val="clear" w:color="auto" w:fill="F2F2F2" w:themeFill="background1" w:themeFillShade="F2"/>
        <w:tblLook w:val="04A0" w:firstRow="1" w:lastRow="0" w:firstColumn="1" w:lastColumn="0" w:noHBand="0" w:noVBand="1"/>
      </w:tblPr>
      <w:tblGrid>
        <w:gridCol w:w="10166"/>
      </w:tblGrid>
      <w:tr w:rsidR="000C726D" w14:paraId="5E7CD459" w14:textId="77777777" w:rsidTr="000D682D">
        <w:tc>
          <w:tcPr>
            <w:tcW w:w="10166" w:type="dxa"/>
            <w:shd w:val="clear" w:color="auto" w:fill="F2F2F2" w:themeFill="background1" w:themeFillShade="F2"/>
            <w:tcMar>
              <w:top w:w="120" w:type="dxa"/>
              <w:left w:w="150" w:type="dxa"/>
              <w:bottom w:w="120" w:type="dxa"/>
              <w:right w:w="150" w:type="dxa"/>
            </w:tcMar>
            <w:vAlign w:val="center"/>
          </w:tcPr>
          <w:p w14:paraId="0311D74A" w14:textId="1C129C27" w:rsidR="000C726D" w:rsidRPr="008D6121" w:rsidRDefault="008D6121" w:rsidP="00A206D1">
            <w:pPr>
              <w:spacing w:after="0" w:line="259" w:lineRule="auto"/>
              <w:rPr>
                <w:sz w:val="18"/>
                <w:highlight w:val="yellow"/>
                <w:lang w:val="en-BE"/>
              </w:rPr>
            </w:pPr>
            <w:r w:rsidRPr="008D6121">
              <w:rPr>
                <w:sz w:val="18"/>
              </w:rPr>
              <w:t xml:space="preserve">This newly listed company should stand out as an exceptional performer in the sub-group of SMEs with a market </w:t>
            </w:r>
            <w:proofErr w:type="spellStart"/>
            <w:r w:rsidRPr="008D6121">
              <w:rPr>
                <w:sz w:val="18"/>
              </w:rPr>
              <w:t>capitalisation</w:t>
            </w:r>
            <w:proofErr w:type="spellEnd"/>
            <w:r w:rsidRPr="008D6121">
              <w:rPr>
                <w:sz w:val="18"/>
              </w:rPr>
              <w:t xml:space="preserve"> of up to €200 million. An emerging innovative business, it should clearly have further growth potential and provide evidence of good governance. Since going public, its share price should have risen to a respectable but not excessive premium.</w:t>
            </w:r>
          </w:p>
        </w:tc>
      </w:tr>
    </w:tbl>
    <w:p w14:paraId="75EB4973" w14:textId="77777777" w:rsidR="000C726D" w:rsidRDefault="00102A3C">
      <w:pPr>
        <w:spacing w:before="140" w:after="160"/>
        <w:jc w:val="center"/>
      </w:pPr>
      <w:r>
        <w:rPr>
          <w:b/>
          <w:color w:val="2E5395"/>
          <w:sz w:val="18"/>
        </w:rPr>
        <w:t xml:space="preserve">TO BE COMPLETED IN </w:t>
      </w:r>
      <w:proofErr w:type="gramStart"/>
      <w:r>
        <w:rPr>
          <w:b/>
          <w:color w:val="2E5395"/>
          <w:sz w:val="18"/>
        </w:rPr>
        <w:t>ENGLISH  •</w:t>
      </w:r>
      <w:proofErr w:type="gramEnd"/>
      <w:r>
        <w:rPr>
          <w:b/>
          <w:color w:val="2E5395"/>
          <w:sz w:val="18"/>
        </w:rPr>
        <w:t xml:space="preserve">  ALL FIELDS MANDATORY</w:t>
      </w:r>
    </w:p>
    <w:p w14:paraId="5E6DBFEE" w14:textId="77777777" w:rsidR="000C726D" w:rsidRDefault="00102A3C">
      <w:pPr>
        <w:keepNext/>
        <w:pBdr>
          <w:bottom w:val="single" w:sz="12" w:space="0" w:color="2E5395"/>
        </w:pBdr>
        <w:spacing w:before="200" w:after="100"/>
      </w:pPr>
      <w:r>
        <w:rPr>
          <w:b/>
          <w:color w:val="2E5395"/>
          <w:sz w:val="22"/>
        </w:rPr>
        <w:t>DETAILS OF THE NOMINATING STOCK EXCHANGE</w:t>
      </w:r>
    </w:p>
    <w:tbl>
      <w:tblPr>
        <w:tblW w:w="0" w:type="auto"/>
        <w:jc w:val="center"/>
        <w:tblLayout w:type="fixed"/>
        <w:tblLook w:val="04A0" w:firstRow="1" w:lastRow="0" w:firstColumn="1" w:lastColumn="0" w:noHBand="0" w:noVBand="1"/>
      </w:tblPr>
      <w:tblGrid>
        <w:gridCol w:w="3240"/>
        <w:gridCol w:w="6408"/>
      </w:tblGrid>
      <w:tr w:rsidR="000C726D" w14:paraId="00111F8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368F0BE" w14:textId="77777777" w:rsidR="000C726D" w:rsidRDefault="00102A3C">
            <w:pPr>
              <w:spacing w:after="0" w:line="259" w:lineRule="auto"/>
            </w:pPr>
            <w:r>
              <w:rPr>
                <w:b/>
                <w:color w:val="17365D"/>
                <w:sz w:val="18"/>
              </w:rPr>
              <w:t>Name of exchange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BE87659" w14:textId="77777777" w:rsidR="000C726D" w:rsidRDefault="000C726D">
            <w:pPr>
              <w:spacing w:after="0" w:line="259" w:lineRule="auto"/>
            </w:pPr>
          </w:p>
        </w:tc>
      </w:tr>
      <w:tr w:rsidR="000C726D" w14:paraId="65019F23"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BF461A7" w14:textId="77777777" w:rsidR="000C726D" w:rsidRDefault="00102A3C">
            <w:pPr>
              <w:spacing w:after="0" w:line="259" w:lineRule="auto"/>
            </w:pPr>
            <w:r>
              <w:rPr>
                <w:b/>
                <w:color w:val="17365D"/>
                <w:sz w:val="18"/>
              </w:rPr>
              <w:t>Country of exchange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953200E" w14:textId="77777777" w:rsidR="000C726D" w:rsidRDefault="000C726D">
            <w:pPr>
              <w:spacing w:after="0" w:line="259" w:lineRule="auto"/>
            </w:pPr>
          </w:p>
        </w:tc>
      </w:tr>
    </w:tbl>
    <w:p w14:paraId="0A42EAB1" w14:textId="77777777" w:rsidR="000C726D" w:rsidRDefault="00102A3C">
      <w:pPr>
        <w:spacing w:before="140"/>
      </w:pPr>
      <w:r>
        <w:rPr>
          <w:b/>
          <w:color w:val="17365D"/>
          <w:sz w:val="18"/>
        </w:rPr>
        <w:t>CONTACT PERSON</w:t>
      </w:r>
    </w:p>
    <w:tbl>
      <w:tblPr>
        <w:tblW w:w="0" w:type="auto"/>
        <w:jc w:val="center"/>
        <w:tblLayout w:type="fixed"/>
        <w:tblLook w:val="04A0" w:firstRow="1" w:lastRow="0" w:firstColumn="1" w:lastColumn="0" w:noHBand="0" w:noVBand="1"/>
      </w:tblPr>
      <w:tblGrid>
        <w:gridCol w:w="3240"/>
        <w:gridCol w:w="6408"/>
      </w:tblGrid>
      <w:tr w:rsidR="000C726D" w14:paraId="7D43BE54"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44324E22" w14:textId="77777777" w:rsidR="000C726D" w:rsidRDefault="00102A3C">
            <w:pPr>
              <w:spacing w:after="0" w:line="259" w:lineRule="auto"/>
            </w:pPr>
            <w:r>
              <w:rPr>
                <w:b/>
                <w:color w:val="17365D"/>
                <w:sz w:val="18"/>
              </w:rPr>
              <w:t>Family name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8EC5347" w14:textId="77777777" w:rsidR="000C726D" w:rsidRDefault="000C726D">
            <w:pPr>
              <w:spacing w:after="0" w:line="259" w:lineRule="auto"/>
            </w:pPr>
          </w:p>
        </w:tc>
      </w:tr>
      <w:tr w:rsidR="000C726D" w14:paraId="55E6582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AE9A02B" w14:textId="77777777" w:rsidR="000C726D" w:rsidRDefault="00102A3C">
            <w:pPr>
              <w:spacing w:after="0" w:line="259" w:lineRule="auto"/>
            </w:pPr>
            <w:r>
              <w:rPr>
                <w:b/>
                <w:color w:val="17365D"/>
                <w:sz w:val="18"/>
              </w:rPr>
              <w:t>First name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FB24AA4" w14:textId="77777777" w:rsidR="000C726D" w:rsidRDefault="000C726D">
            <w:pPr>
              <w:spacing w:after="0" w:line="259" w:lineRule="auto"/>
            </w:pPr>
          </w:p>
        </w:tc>
      </w:tr>
      <w:tr w:rsidR="000C726D" w14:paraId="6CCA086A"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00D1DE6A" w14:textId="77777777" w:rsidR="000C726D" w:rsidRDefault="00102A3C">
            <w:pPr>
              <w:spacing w:after="0" w:line="259" w:lineRule="auto"/>
            </w:pPr>
            <w:r>
              <w:rPr>
                <w:b/>
                <w:color w:val="17365D"/>
                <w:sz w:val="18"/>
              </w:rPr>
              <w:t>Function</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0E4E4C19" w14:textId="77777777" w:rsidR="000C726D" w:rsidRDefault="000C726D">
            <w:pPr>
              <w:spacing w:after="0" w:line="259" w:lineRule="auto"/>
            </w:pPr>
          </w:p>
        </w:tc>
      </w:tr>
      <w:tr w:rsidR="000C726D" w14:paraId="162479EC"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DB1ABBB" w14:textId="77777777" w:rsidR="000C726D" w:rsidRDefault="00102A3C">
            <w:pPr>
              <w:spacing w:after="0" w:line="259" w:lineRule="auto"/>
            </w:pPr>
            <w:r>
              <w:rPr>
                <w:b/>
                <w:color w:val="17365D"/>
                <w:sz w:val="18"/>
              </w:rPr>
              <w:t>E-mail</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4415DF4E" w14:textId="77777777" w:rsidR="000C726D" w:rsidRDefault="000C726D">
            <w:pPr>
              <w:spacing w:after="0" w:line="259" w:lineRule="auto"/>
            </w:pPr>
          </w:p>
        </w:tc>
      </w:tr>
      <w:tr w:rsidR="000C726D" w14:paraId="7BA9A15D"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0660A42" w14:textId="77777777" w:rsidR="000C726D" w:rsidRDefault="00102A3C">
            <w:pPr>
              <w:spacing w:after="0" w:line="259" w:lineRule="auto"/>
            </w:pPr>
            <w:r>
              <w:rPr>
                <w:b/>
                <w:color w:val="17365D"/>
                <w:sz w:val="18"/>
              </w:rPr>
              <w:t>Telephone number</w:t>
            </w:r>
            <w:r>
              <w:rPr>
                <w:b/>
                <w:color w:val="17365D"/>
                <w:sz w:val="18"/>
              </w:rPr>
              <w:br/>
            </w:r>
            <w:r w:rsidRPr="000F557D">
              <w:rPr>
                <w:bCs/>
                <w:i/>
                <w:iCs/>
                <w:color w:val="17365D"/>
                <w:sz w:val="17"/>
                <w:szCs w:val="17"/>
              </w:rPr>
              <w:t>Please provide complete phone number with country code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35A4504E" w14:textId="77777777" w:rsidR="000C726D" w:rsidRDefault="000C726D">
            <w:pPr>
              <w:spacing w:after="0" w:line="259" w:lineRule="auto"/>
            </w:pPr>
          </w:p>
        </w:tc>
      </w:tr>
    </w:tbl>
    <w:p w14:paraId="35A0759B" w14:textId="77777777" w:rsidR="000C726D" w:rsidRDefault="00102A3C">
      <w:r>
        <w:br w:type="page"/>
      </w:r>
    </w:p>
    <w:p w14:paraId="67CC88DB" w14:textId="77777777" w:rsidR="000C726D" w:rsidRDefault="00102A3C">
      <w:pPr>
        <w:keepNext/>
        <w:pBdr>
          <w:bottom w:val="single" w:sz="12" w:space="0" w:color="2E5395"/>
        </w:pBdr>
        <w:spacing w:before="200" w:after="100"/>
      </w:pPr>
      <w:r>
        <w:rPr>
          <w:b/>
          <w:color w:val="2E5395"/>
          <w:sz w:val="22"/>
        </w:rPr>
        <w:lastRenderedPageBreak/>
        <w:t>DETAILS OF THE NOMINATED COMPANY</w:t>
      </w:r>
    </w:p>
    <w:tbl>
      <w:tblPr>
        <w:tblW w:w="0" w:type="auto"/>
        <w:jc w:val="center"/>
        <w:tblLayout w:type="fixed"/>
        <w:tblLook w:val="04A0" w:firstRow="1" w:lastRow="0" w:firstColumn="1" w:lastColumn="0" w:noHBand="0" w:noVBand="1"/>
      </w:tblPr>
      <w:tblGrid>
        <w:gridCol w:w="3240"/>
        <w:gridCol w:w="6408"/>
      </w:tblGrid>
      <w:tr w:rsidR="000C726D" w14:paraId="4B207417"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CAB39B0" w14:textId="77777777" w:rsidR="000C726D" w:rsidRDefault="00102A3C">
            <w:pPr>
              <w:spacing w:after="0" w:line="259" w:lineRule="auto"/>
            </w:pPr>
            <w:r>
              <w:rPr>
                <w:b/>
                <w:color w:val="17365D"/>
                <w:sz w:val="18"/>
              </w:rPr>
              <w:t>Name of mid-cap</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3FD0DFA4" w14:textId="77777777" w:rsidR="000C726D" w:rsidRDefault="000C726D">
            <w:pPr>
              <w:spacing w:after="0" w:line="259" w:lineRule="auto"/>
            </w:pPr>
          </w:p>
        </w:tc>
      </w:tr>
      <w:tr w:rsidR="000C726D" w14:paraId="736F5F9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7126435" w14:textId="77777777" w:rsidR="000C726D" w:rsidRDefault="00102A3C">
            <w:pPr>
              <w:spacing w:after="0" w:line="259" w:lineRule="auto"/>
            </w:pPr>
            <w:r>
              <w:rPr>
                <w:b/>
                <w:color w:val="17365D"/>
                <w:sz w:val="18"/>
              </w:rPr>
              <w:t>Address</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79B1487" w14:textId="77777777" w:rsidR="000C726D" w:rsidRDefault="000C726D">
            <w:pPr>
              <w:spacing w:after="0" w:line="259" w:lineRule="auto"/>
            </w:pPr>
          </w:p>
        </w:tc>
      </w:tr>
      <w:tr w:rsidR="000C726D" w14:paraId="17E4BA44"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2B45C23" w14:textId="77777777" w:rsidR="000C726D" w:rsidRDefault="00102A3C">
            <w:pPr>
              <w:spacing w:after="0" w:line="259" w:lineRule="auto"/>
            </w:pPr>
            <w:r>
              <w:rPr>
                <w:b/>
                <w:color w:val="17365D"/>
                <w:sz w:val="18"/>
              </w:rPr>
              <w:t>Website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2C3F6A7B" w14:textId="77777777" w:rsidR="000C726D" w:rsidRDefault="000C726D">
            <w:pPr>
              <w:spacing w:after="0" w:line="259" w:lineRule="auto"/>
            </w:pPr>
          </w:p>
        </w:tc>
      </w:tr>
    </w:tbl>
    <w:p w14:paraId="3CCA846A" w14:textId="77777777" w:rsidR="000C726D" w:rsidRDefault="00102A3C">
      <w:pPr>
        <w:spacing w:before="160"/>
      </w:pPr>
      <w:r>
        <w:rPr>
          <w:b/>
          <w:color w:val="17365D"/>
          <w:sz w:val="18"/>
        </w:rPr>
        <w:t>COMPANY CONTACT DETAILS</w:t>
      </w:r>
    </w:p>
    <w:tbl>
      <w:tblPr>
        <w:tblW w:w="0" w:type="auto"/>
        <w:jc w:val="center"/>
        <w:tblLayout w:type="fixed"/>
        <w:tblLook w:val="04A0" w:firstRow="1" w:lastRow="0" w:firstColumn="1" w:lastColumn="0" w:noHBand="0" w:noVBand="1"/>
      </w:tblPr>
      <w:tblGrid>
        <w:gridCol w:w="2736"/>
        <w:gridCol w:w="3456"/>
        <w:gridCol w:w="3456"/>
      </w:tblGrid>
      <w:tr w:rsidR="000C726D" w14:paraId="4F4B2483"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20" w:type="dxa"/>
              <w:left w:w="150" w:type="dxa"/>
              <w:bottom w:w="120" w:type="dxa"/>
              <w:right w:w="150" w:type="dxa"/>
            </w:tcMar>
            <w:vAlign w:val="center"/>
          </w:tcPr>
          <w:p w14:paraId="4046BBD0"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shd w:val="clear" w:color="auto" w:fill="2E5395"/>
            <w:tcMar>
              <w:top w:w="120" w:type="dxa"/>
              <w:left w:w="150" w:type="dxa"/>
              <w:bottom w:w="120" w:type="dxa"/>
              <w:right w:w="150" w:type="dxa"/>
            </w:tcMar>
            <w:vAlign w:val="center"/>
          </w:tcPr>
          <w:p w14:paraId="749FE437" w14:textId="77777777" w:rsidR="000C726D" w:rsidRDefault="00102A3C">
            <w:pPr>
              <w:spacing w:after="0" w:line="259" w:lineRule="auto"/>
              <w:jc w:val="center"/>
            </w:pPr>
            <w:r>
              <w:rPr>
                <w:b/>
                <w:color w:val="FFFFFF"/>
              </w:rPr>
              <w:t>CONTACT 1</w:t>
            </w:r>
          </w:p>
        </w:tc>
        <w:tc>
          <w:tcPr>
            <w:tcW w:w="3456" w:type="dxa"/>
            <w:tcBorders>
              <w:top w:val="single" w:sz="6" w:space="0" w:color="D6DDE8"/>
              <w:left w:val="single" w:sz="6" w:space="0" w:color="D6DDE8"/>
              <w:bottom w:val="single" w:sz="6" w:space="0" w:color="D6DDE8"/>
              <w:right w:val="single" w:sz="6" w:space="0" w:color="D6DDE8"/>
            </w:tcBorders>
            <w:shd w:val="clear" w:color="auto" w:fill="2E5395"/>
            <w:tcMar>
              <w:top w:w="120" w:type="dxa"/>
              <w:left w:w="150" w:type="dxa"/>
              <w:bottom w:w="120" w:type="dxa"/>
              <w:right w:w="150" w:type="dxa"/>
            </w:tcMar>
            <w:vAlign w:val="center"/>
          </w:tcPr>
          <w:p w14:paraId="35030106" w14:textId="77777777" w:rsidR="000C726D" w:rsidRDefault="00102A3C">
            <w:pPr>
              <w:spacing w:after="0" w:line="259" w:lineRule="auto"/>
              <w:jc w:val="center"/>
            </w:pPr>
            <w:r>
              <w:rPr>
                <w:b/>
                <w:color w:val="FFFFFF"/>
              </w:rPr>
              <w:t>CONTACT 2</w:t>
            </w:r>
          </w:p>
        </w:tc>
      </w:tr>
      <w:tr w:rsidR="000C726D" w14:paraId="474823AE"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10C48D8F" w14:textId="77777777" w:rsidR="000C726D" w:rsidRDefault="00102A3C">
            <w:pPr>
              <w:spacing w:after="0" w:line="259" w:lineRule="auto"/>
            </w:pPr>
            <w:r>
              <w:rPr>
                <w:b/>
                <w:color w:val="17365D"/>
                <w:sz w:val="17"/>
              </w:rPr>
              <w:t>Family name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5F7763DD"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023F08FB" w14:textId="77777777" w:rsidR="000C726D" w:rsidRDefault="000C726D">
            <w:pPr>
              <w:spacing w:after="0" w:line="259" w:lineRule="auto"/>
            </w:pPr>
          </w:p>
        </w:tc>
      </w:tr>
      <w:tr w:rsidR="000C726D" w14:paraId="213BFCCA"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358DA148" w14:textId="77777777" w:rsidR="000C726D" w:rsidRDefault="00102A3C">
            <w:pPr>
              <w:spacing w:after="0" w:line="259" w:lineRule="auto"/>
            </w:pPr>
            <w:r>
              <w:rPr>
                <w:b/>
                <w:color w:val="17365D"/>
                <w:sz w:val="17"/>
              </w:rPr>
              <w:t>First name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1571142F"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2E201E6D" w14:textId="77777777" w:rsidR="000C726D" w:rsidRDefault="000C726D">
            <w:pPr>
              <w:spacing w:after="0" w:line="259" w:lineRule="auto"/>
            </w:pPr>
          </w:p>
        </w:tc>
      </w:tr>
      <w:tr w:rsidR="000C726D" w14:paraId="504D16BC"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155D85E9" w14:textId="77777777" w:rsidR="000C726D" w:rsidRDefault="00102A3C">
            <w:pPr>
              <w:spacing w:after="0" w:line="259" w:lineRule="auto"/>
            </w:pPr>
            <w:r>
              <w:rPr>
                <w:b/>
                <w:color w:val="17365D"/>
                <w:sz w:val="17"/>
              </w:rPr>
              <w:t>Function</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3FE6FBC9"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1B561414" w14:textId="77777777" w:rsidR="000C726D" w:rsidRDefault="000C726D">
            <w:pPr>
              <w:spacing w:after="0" w:line="259" w:lineRule="auto"/>
            </w:pPr>
          </w:p>
        </w:tc>
      </w:tr>
      <w:tr w:rsidR="000C726D" w14:paraId="3B776C74"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386E1179" w14:textId="77777777" w:rsidR="000C726D" w:rsidRDefault="00102A3C">
            <w:pPr>
              <w:spacing w:after="0" w:line="259" w:lineRule="auto"/>
            </w:pPr>
            <w:r>
              <w:rPr>
                <w:b/>
                <w:color w:val="17365D"/>
                <w:sz w:val="17"/>
              </w:rPr>
              <w:t>E-mail</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71A12D5D"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4F5643E4" w14:textId="77777777" w:rsidR="000C726D" w:rsidRDefault="000C726D">
            <w:pPr>
              <w:spacing w:after="0" w:line="259" w:lineRule="auto"/>
            </w:pPr>
          </w:p>
        </w:tc>
      </w:tr>
      <w:tr w:rsidR="000C726D" w14:paraId="524744D4"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6F8863D2" w14:textId="77777777" w:rsidR="000C726D" w:rsidRDefault="00102A3C">
            <w:pPr>
              <w:spacing w:after="0" w:line="259" w:lineRule="auto"/>
            </w:pPr>
            <w:r>
              <w:rPr>
                <w:b/>
                <w:color w:val="17365D"/>
                <w:sz w:val="17"/>
              </w:rPr>
              <w:t>Telephone number</w:t>
            </w:r>
            <w:r>
              <w:rPr>
                <w:b/>
                <w:color w:val="17365D"/>
                <w:sz w:val="17"/>
              </w:rPr>
              <w:br/>
            </w:r>
            <w:r w:rsidRPr="000F557D">
              <w:rPr>
                <w:bCs/>
                <w:i/>
                <w:iCs/>
                <w:color w:val="17365D"/>
                <w:sz w:val="17"/>
              </w:rPr>
              <w:t>Please provide complete phone number with country code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5E6A6CA4"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33D6CB70" w14:textId="77777777" w:rsidR="000C726D" w:rsidRDefault="000C726D">
            <w:pPr>
              <w:spacing w:after="0" w:line="259" w:lineRule="auto"/>
            </w:pPr>
          </w:p>
        </w:tc>
      </w:tr>
    </w:tbl>
    <w:p w14:paraId="13285B40" w14:textId="77777777" w:rsidR="000C726D" w:rsidRDefault="00102A3C">
      <w:pPr>
        <w:keepNext/>
        <w:pBdr>
          <w:bottom w:val="single" w:sz="12" w:space="0" w:color="2E5395"/>
        </w:pBdr>
        <w:spacing w:before="200" w:after="100"/>
      </w:pPr>
      <w:r>
        <w:rPr>
          <w:b/>
          <w:color w:val="2E5395"/>
          <w:sz w:val="22"/>
        </w:rPr>
        <w:t>COMPANY SUMMARY</w:t>
      </w:r>
    </w:p>
    <w:tbl>
      <w:tblPr>
        <w:tblW w:w="0" w:type="auto"/>
        <w:jc w:val="center"/>
        <w:tblLayout w:type="fixed"/>
        <w:tblLook w:val="04A0" w:firstRow="1" w:lastRow="0" w:firstColumn="1" w:lastColumn="0" w:noHBand="0" w:noVBand="1"/>
      </w:tblPr>
      <w:tblGrid>
        <w:gridCol w:w="3240"/>
        <w:gridCol w:w="6408"/>
      </w:tblGrid>
      <w:tr w:rsidR="000C726D" w14:paraId="36960897"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0E415EC0" w14:textId="77777777" w:rsidR="000C726D" w:rsidRDefault="00102A3C">
            <w:pPr>
              <w:spacing w:after="0" w:line="259" w:lineRule="auto"/>
            </w:pPr>
            <w:r>
              <w:rPr>
                <w:b/>
                <w:color w:val="17365D"/>
                <w:sz w:val="18"/>
              </w:rPr>
              <w:t>Summary of mid-cap business</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7CDC9D93" w14:textId="77777777" w:rsidR="000C726D" w:rsidRDefault="00102A3C">
            <w:pPr>
              <w:spacing w:after="0" w:line="259" w:lineRule="auto"/>
            </w:pPr>
            <w:r>
              <w:br/>
            </w:r>
            <w:r>
              <w:br/>
            </w:r>
            <w:r>
              <w:br/>
            </w:r>
          </w:p>
        </w:tc>
      </w:tr>
      <w:tr w:rsidR="000C726D" w14:paraId="36F020E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4D449D2" w14:textId="77777777" w:rsidR="000C726D" w:rsidRDefault="00102A3C">
            <w:pPr>
              <w:spacing w:after="0" w:line="259" w:lineRule="auto"/>
            </w:pPr>
            <w:r>
              <w:rPr>
                <w:b/>
                <w:color w:val="17365D"/>
                <w:sz w:val="18"/>
              </w:rPr>
              <w:t>Listing date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4F20C346" w14:textId="77777777" w:rsidR="000C726D" w:rsidRDefault="000C726D">
            <w:pPr>
              <w:spacing w:after="0" w:line="259" w:lineRule="auto"/>
            </w:pPr>
          </w:p>
        </w:tc>
      </w:tr>
      <w:tr w:rsidR="000C726D" w14:paraId="20D346DC"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52C35C2" w14:textId="77777777" w:rsidR="000C726D" w:rsidRDefault="00102A3C">
            <w:pPr>
              <w:spacing w:after="0" w:line="259" w:lineRule="auto"/>
            </w:pPr>
            <w:proofErr w:type="spellStart"/>
            <w:r>
              <w:rPr>
                <w:b/>
                <w:color w:val="17365D"/>
                <w:sz w:val="18"/>
              </w:rPr>
              <w:t>Capitalisation</w:t>
            </w:r>
            <w:proofErr w:type="spellEnd"/>
            <w:r>
              <w:rPr>
                <w:b/>
                <w:color w:val="17365D"/>
                <w:sz w:val="18"/>
              </w:rPr>
              <w:t xml:space="preserve"> (in EUR)</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7C173182" w14:textId="77777777" w:rsidR="000C726D" w:rsidRDefault="000C726D">
            <w:pPr>
              <w:spacing w:after="0" w:line="259" w:lineRule="auto"/>
            </w:pPr>
          </w:p>
        </w:tc>
      </w:tr>
    </w:tbl>
    <w:p w14:paraId="6452187F"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7CD7D54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26BFD164" w14:textId="77777777" w:rsidR="00793682" w:rsidRDefault="001B5A02" w:rsidP="00793682">
            <w:pPr>
              <w:spacing w:after="0" w:line="259" w:lineRule="auto"/>
              <w:rPr>
                <w:b/>
                <w:color w:val="FFFFFF"/>
                <w:sz w:val="21"/>
              </w:rPr>
            </w:pPr>
            <w:r w:rsidRPr="00C212DA">
              <w:rPr>
                <w:b/>
                <w:color w:val="FFFFFF"/>
                <w:sz w:val="21"/>
              </w:rPr>
              <w:lastRenderedPageBreak/>
              <w:t>PERFORMANCE AND GROWTH WITHIN SUB-GROUP OF SMES UP</w:t>
            </w:r>
            <w:r>
              <w:rPr>
                <w:b/>
                <w:color w:val="FFFFFF"/>
                <w:sz w:val="21"/>
              </w:rPr>
              <w:t xml:space="preserve"> </w:t>
            </w:r>
            <w:r w:rsidRPr="00C212DA">
              <w:rPr>
                <w:b/>
                <w:color w:val="FFFFFF"/>
                <w:sz w:val="21"/>
              </w:rPr>
              <w:t>TO €200 MILLION CAPITALISATION</w:t>
            </w:r>
          </w:p>
          <w:p w14:paraId="3C82B147" w14:textId="1C184F09" w:rsidR="000C726D" w:rsidRPr="001B5A02" w:rsidRDefault="00102A3C" w:rsidP="00793682">
            <w:pPr>
              <w:spacing w:after="0" w:line="259" w:lineRule="auto"/>
              <w:rPr>
                <w:b/>
                <w:color w:val="FFFFFF"/>
                <w:sz w:val="21"/>
              </w:rPr>
            </w:pPr>
            <w:r>
              <w:rPr>
                <w:i/>
                <w:color w:val="DDE8F6"/>
                <w:sz w:val="17"/>
              </w:rPr>
              <w:t>Max. 1 500 characters including spaces</w:t>
            </w:r>
          </w:p>
        </w:tc>
      </w:tr>
      <w:tr w:rsidR="000C726D" w14:paraId="58825833"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7994837F" w14:textId="1358EDBB" w:rsidR="00922087" w:rsidRPr="00922087" w:rsidRDefault="00922087" w:rsidP="00922087">
            <w:pPr>
              <w:spacing w:after="60" w:line="259" w:lineRule="auto"/>
              <w:rPr>
                <w:sz w:val="17"/>
              </w:rPr>
            </w:pPr>
            <w:r w:rsidRPr="00922087">
              <w:rPr>
                <w:sz w:val="17"/>
              </w:rPr>
              <w:t>Does the company stand out as an exceptional performer in the sub-group of SMEs with</w:t>
            </w:r>
            <w:r>
              <w:rPr>
                <w:sz w:val="17"/>
              </w:rPr>
              <w:t xml:space="preserve"> </w:t>
            </w:r>
            <w:proofErr w:type="spellStart"/>
            <w:r w:rsidRPr="00922087">
              <w:rPr>
                <w:sz w:val="17"/>
              </w:rPr>
              <w:t>capitalisation</w:t>
            </w:r>
            <w:proofErr w:type="spellEnd"/>
            <w:r w:rsidRPr="00922087">
              <w:rPr>
                <w:sz w:val="17"/>
              </w:rPr>
              <w:t xml:space="preserve"> of up to €200 million?</w:t>
            </w:r>
          </w:p>
          <w:p w14:paraId="5185A08A" w14:textId="77777777" w:rsidR="00922087" w:rsidRPr="00922087" w:rsidRDefault="00922087" w:rsidP="00922087">
            <w:pPr>
              <w:pStyle w:val="ListParagraph"/>
              <w:numPr>
                <w:ilvl w:val="0"/>
                <w:numId w:val="15"/>
              </w:numPr>
              <w:spacing w:after="60" w:line="259" w:lineRule="auto"/>
              <w:rPr>
                <w:sz w:val="17"/>
              </w:rPr>
            </w:pPr>
            <w:r w:rsidRPr="00922087">
              <w:rPr>
                <w:sz w:val="17"/>
              </w:rPr>
              <w:t xml:space="preserve">Please demonstrate how and provide quantitative figures with </w:t>
            </w:r>
            <w:proofErr w:type="gramStart"/>
            <w:r w:rsidRPr="00922087">
              <w:rPr>
                <w:sz w:val="17"/>
              </w:rPr>
              <w:t>particular reference</w:t>
            </w:r>
            <w:proofErr w:type="gramEnd"/>
            <w:r w:rsidRPr="00922087">
              <w:rPr>
                <w:sz w:val="17"/>
              </w:rPr>
              <w:t xml:space="preserve"> to growth in market share, sales, employment and profit at date of flotation.</w:t>
            </w:r>
          </w:p>
          <w:p w14:paraId="5D0D0B96" w14:textId="2B5FFE29" w:rsidR="000C726D" w:rsidRDefault="00922087" w:rsidP="00922087">
            <w:pPr>
              <w:pStyle w:val="ListParagraph"/>
              <w:numPr>
                <w:ilvl w:val="0"/>
                <w:numId w:val="15"/>
              </w:numPr>
              <w:spacing w:after="60" w:line="259" w:lineRule="auto"/>
            </w:pPr>
            <w:r w:rsidRPr="00922087">
              <w:rPr>
                <w:sz w:val="17"/>
              </w:rPr>
              <w:t>Please also evaluate if the company has built a strong position in its marketplace from which it can develop in the future and provide reasoning for your assessment.</w:t>
            </w:r>
          </w:p>
        </w:tc>
      </w:tr>
      <w:tr w:rsidR="000C726D" w14:paraId="60F99E81"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1B7E8D26" w14:textId="77777777" w:rsidR="000C726D" w:rsidRDefault="00102A3C">
            <w:r>
              <w:br/>
            </w:r>
            <w:r>
              <w:br/>
            </w:r>
            <w:r>
              <w:br/>
            </w:r>
            <w:r>
              <w:br/>
            </w:r>
            <w:r>
              <w:br/>
            </w:r>
            <w:r>
              <w:br/>
            </w:r>
            <w:r>
              <w:br/>
            </w:r>
            <w:r>
              <w:br/>
            </w:r>
            <w:r>
              <w:br/>
            </w:r>
          </w:p>
        </w:tc>
      </w:tr>
    </w:tbl>
    <w:p w14:paraId="6342A170" w14:textId="77777777" w:rsidR="000C726D" w:rsidRDefault="000C726D">
      <w:pPr>
        <w:spacing w:after="20"/>
      </w:pPr>
    </w:p>
    <w:p w14:paraId="0E383915"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3E26D9" w14:paraId="379A3B86"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1BB2DB78" w14:textId="0F6E1CF6" w:rsidR="003E26D9" w:rsidRPr="00793682" w:rsidRDefault="003E26D9" w:rsidP="00280A8A">
            <w:pPr>
              <w:spacing w:after="0" w:line="259" w:lineRule="auto"/>
              <w:rPr>
                <w:i/>
                <w:color w:val="DDE8F6"/>
                <w:sz w:val="17"/>
              </w:rPr>
            </w:pPr>
            <w:r>
              <w:rPr>
                <w:b/>
                <w:color w:val="FFFFFF"/>
                <w:sz w:val="21"/>
              </w:rPr>
              <w:lastRenderedPageBreak/>
              <w:t>INNOVATION</w:t>
            </w:r>
            <w:r w:rsidR="00280A8A">
              <w:rPr>
                <w:i/>
                <w:color w:val="DDE8F6"/>
                <w:sz w:val="17"/>
              </w:rPr>
              <w:t xml:space="preserve">   </w:t>
            </w:r>
            <w:r>
              <w:rPr>
                <w:i/>
                <w:color w:val="DDE8F6"/>
                <w:sz w:val="17"/>
              </w:rPr>
              <w:t>Max. 1 500 characters including spaces</w:t>
            </w:r>
          </w:p>
        </w:tc>
      </w:tr>
      <w:tr w:rsidR="003E26D9" w14:paraId="2AED12A0"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12DE5071" w14:textId="77777777" w:rsidR="003F046A" w:rsidRPr="003F046A" w:rsidRDefault="003F046A" w:rsidP="003F046A">
            <w:pPr>
              <w:spacing w:after="60" w:line="259" w:lineRule="auto"/>
              <w:rPr>
                <w:sz w:val="17"/>
              </w:rPr>
            </w:pPr>
            <w:r w:rsidRPr="003F046A">
              <w:rPr>
                <w:sz w:val="17"/>
              </w:rPr>
              <w:t xml:space="preserve">Outline how the company has been innovative in terms of the product manufactured or sold, and/or processes and/or service/s provided, and/or technology incorporated in the product/manufacturing process/provision of services, and/or </w:t>
            </w:r>
            <w:proofErr w:type="spellStart"/>
            <w:r w:rsidRPr="003F046A">
              <w:rPr>
                <w:sz w:val="17"/>
              </w:rPr>
              <w:t>organisational</w:t>
            </w:r>
            <w:proofErr w:type="spellEnd"/>
            <w:r w:rsidRPr="003F046A">
              <w:rPr>
                <w:sz w:val="17"/>
              </w:rPr>
              <w:t xml:space="preserve"> strategy. </w:t>
            </w:r>
          </w:p>
          <w:p w14:paraId="75C0C541" w14:textId="77777777" w:rsidR="003F046A" w:rsidRPr="003F046A" w:rsidRDefault="003F046A" w:rsidP="003F046A">
            <w:pPr>
              <w:pStyle w:val="ListParagraph"/>
              <w:numPr>
                <w:ilvl w:val="0"/>
                <w:numId w:val="16"/>
              </w:numPr>
              <w:spacing w:after="60" w:line="259" w:lineRule="auto"/>
              <w:rPr>
                <w:sz w:val="17"/>
              </w:rPr>
            </w:pPr>
            <w:r w:rsidRPr="003F046A">
              <w:rPr>
                <w:sz w:val="17"/>
              </w:rPr>
              <w:t xml:space="preserve">How has the company demonstrated true innovation in its products/services/processes/business model? </w:t>
            </w:r>
          </w:p>
          <w:p w14:paraId="7F5C5661" w14:textId="77777777" w:rsidR="003F046A" w:rsidRPr="003F046A" w:rsidRDefault="003F046A" w:rsidP="003F046A">
            <w:pPr>
              <w:pStyle w:val="ListParagraph"/>
              <w:numPr>
                <w:ilvl w:val="0"/>
                <w:numId w:val="16"/>
              </w:numPr>
              <w:spacing w:after="60" w:line="259" w:lineRule="auto"/>
              <w:rPr>
                <w:sz w:val="17"/>
              </w:rPr>
            </w:pPr>
            <w:r w:rsidRPr="003F046A">
              <w:rPr>
                <w:sz w:val="17"/>
              </w:rPr>
              <w:t xml:space="preserve">Is the innovation protected by specific intellectual property rights? </w:t>
            </w:r>
          </w:p>
          <w:p w14:paraId="146ACC8A" w14:textId="77777777" w:rsidR="003F046A" w:rsidRPr="003F046A" w:rsidRDefault="003F046A" w:rsidP="003F046A">
            <w:pPr>
              <w:pStyle w:val="ListParagraph"/>
              <w:numPr>
                <w:ilvl w:val="0"/>
                <w:numId w:val="16"/>
              </w:numPr>
              <w:spacing w:after="60" w:line="259" w:lineRule="auto"/>
              <w:rPr>
                <w:sz w:val="17"/>
              </w:rPr>
            </w:pPr>
            <w:r w:rsidRPr="003F046A">
              <w:rPr>
                <w:sz w:val="17"/>
              </w:rPr>
              <w:t xml:space="preserve">What are the company’s plans for improving and scaling up the innovation? </w:t>
            </w:r>
          </w:p>
          <w:p w14:paraId="60358300" w14:textId="30A28B1A" w:rsidR="003F046A" w:rsidRPr="003F046A" w:rsidRDefault="003F046A" w:rsidP="003F046A">
            <w:pPr>
              <w:pStyle w:val="ListParagraph"/>
              <w:numPr>
                <w:ilvl w:val="0"/>
                <w:numId w:val="16"/>
              </w:numPr>
              <w:spacing w:after="60" w:line="259" w:lineRule="auto"/>
              <w:rPr>
                <w:sz w:val="17"/>
              </w:rPr>
            </w:pPr>
            <w:r w:rsidRPr="003F046A">
              <w:rPr>
                <w:sz w:val="17"/>
              </w:rPr>
              <w:t>Please provide some concrete results of what the innovation has achieved (such as market adoption, efficiency gains, customer benefits</w:t>
            </w:r>
            <w:r w:rsidR="003726AE">
              <w:rPr>
                <w:sz w:val="17"/>
              </w:rPr>
              <w:t xml:space="preserve"> etc.</w:t>
            </w:r>
            <w:r w:rsidRPr="003F046A">
              <w:rPr>
                <w:sz w:val="17"/>
              </w:rPr>
              <w:t xml:space="preserve">).  </w:t>
            </w:r>
          </w:p>
          <w:p w14:paraId="4163C0ED" w14:textId="7FEF9207" w:rsidR="003E26D9" w:rsidRDefault="003F046A" w:rsidP="003726AE">
            <w:pPr>
              <w:spacing w:after="60" w:line="259" w:lineRule="auto"/>
            </w:pPr>
            <w:r w:rsidRPr="003726AE">
              <w:rPr>
                <w:sz w:val="17"/>
              </w:rPr>
              <w:t>Please evaluate and provide reasoning.</w:t>
            </w:r>
          </w:p>
        </w:tc>
      </w:tr>
      <w:tr w:rsidR="003E26D9" w14:paraId="13A2C8D3"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394623D3" w14:textId="77777777" w:rsidR="003E26D9" w:rsidRDefault="003E26D9" w:rsidP="00FA327D"/>
          <w:p w14:paraId="706D2D0A" w14:textId="77777777" w:rsidR="007E7F0D" w:rsidRDefault="007E7F0D" w:rsidP="00FA327D"/>
          <w:p w14:paraId="062B9EE0" w14:textId="77777777" w:rsidR="007E7F0D" w:rsidRDefault="007E7F0D" w:rsidP="00FA327D"/>
          <w:p w14:paraId="451EF435" w14:textId="77777777" w:rsidR="007E7F0D" w:rsidRDefault="007E7F0D" w:rsidP="00FA327D"/>
          <w:p w14:paraId="318B3067" w14:textId="77777777" w:rsidR="007E7F0D" w:rsidRDefault="007E7F0D" w:rsidP="00FA327D"/>
          <w:p w14:paraId="1EA71944" w14:textId="77777777" w:rsidR="007E7F0D" w:rsidRDefault="007E7F0D" w:rsidP="00FA327D"/>
          <w:p w14:paraId="6E9F02F9" w14:textId="77777777" w:rsidR="007E7F0D" w:rsidRDefault="007E7F0D" w:rsidP="00FA327D"/>
          <w:p w14:paraId="63F04563" w14:textId="59F7D4E3" w:rsidR="007E7F0D" w:rsidRDefault="007E7F0D" w:rsidP="00FA327D"/>
        </w:tc>
      </w:tr>
    </w:tbl>
    <w:p w14:paraId="09304424" w14:textId="4285E259" w:rsidR="003E26D9" w:rsidRDefault="003E26D9" w:rsidP="003E26D9">
      <w:r>
        <w:br w:type="page"/>
      </w:r>
    </w:p>
    <w:tbl>
      <w:tblPr>
        <w:tblW w:w="0" w:type="auto"/>
        <w:jc w:val="center"/>
        <w:tblLayout w:type="fixed"/>
        <w:tblLook w:val="04A0" w:firstRow="1" w:lastRow="0" w:firstColumn="1" w:lastColumn="0" w:noHBand="0" w:noVBand="1"/>
      </w:tblPr>
      <w:tblGrid>
        <w:gridCol w:w="10166"/>
      </w:tblGrid>
      <w:tr w:rsidR="000C726D" w14:paraId="7BB0059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1DF2839E" w14:textId="2E82FDD1" w:rsidR="000C726D" w:rsidRPr="00280A8A" w:rsidRDefault="00102A3C" w:rsidP="00280A8A">
            <w:pPr>
              <w:spacing w:after="0" w:line="259" w:lineRule="auto"/>
              <w:rPr>
                <w:i/>
                <w:color w:val="DDE8F6"/>
                <w:sz w:val="17"/>
              </w:rPr>
            </w:pPr>
            <w:r>
              <w:rPr>
                <w:b/>
                <w:color w:val="FFFFFF"/>
                <w:sz w:val="21"/>
              </w:rPr>
              <w:lastRenderedPageBreak/>
              <w:t xml:space="preserve">SHARE PRICE (IN </w:t>
            </w:r>
            <w:proofErr w:type="gramStart"/>
            <w:r>
              <w:rPr>
                <w:b/>
                <w:color w:val="FFFFFF"/>
                <w:sz w:val="21"/>
              </w:rPr>
              <w:t>EUR)</w:t>
            </w:r>
            <w:r>
              <w:rPr>
                <w:i/>
                <w:color w:val="DDE8F6"/>
                <w:sz w:val="17"/>
              </w:rPr>
              <w:t xml:space="preserve"> </w:t>
            </w:r>
            <w:r w:rsidR="00280A8A">
              <w:rPr>
                <w:i/>
                <w:color w:val="DDE8F6"/>
                <w:sz w:val="17"/>
              </w:rPr>
              <w:t xml:space="preserve">  </w:t>
            </w:r>
            <w:proofErr w:type="gramEnd"/>
            <w:r>
              <w:rPr>
                <w:i/>
                <w:color w:val="DDE8F6"/>
                <w:sz w:val="17"/>
              </w:rPr>
              <w:t>Max. 1 000 characters including spaces</w:t>
            </w:r>
          </w:p>
        </w:tc>
      </w:tr>
      <w:tr w:rsidR="000C726D" w14:paraId="637447F3"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AD32662" w14:textId="3EBE5BD8" w:rsidR="000C726D" w:rsidRDefault="00102A3C">
            <w:pPr>
              <w:spacing w:after="60" w:line="259" w:lineRule="auto"/>
            </w:pPr>
            <w:r>
              <w:rPr>
                <w:sz w:val="17"/>
              </w:rPr>
              <w:t xml:space="preserve">Please provide quantitative figures for share price at date of flotation and </w:t>
            </w:r>
            <w:proofErr w:type="gramStart"/>
            <w:r>
              <w:rPr>
                <w:sz w:val="17"/>
              </w:rPr>
              <w:t>compare</w:t>
            </w:r>
            <w:proofErr w:type="gramEnd"/>
            <w:r>
              <w:rPr>
                <w:sz w:val="17"/>
              </w:rPr>
              <w:t xml:space="preserve"> to the </w:t>
            </w:r>
            <w:proofErr w:type="gramStart"/>
            <w:r>
              <w:rPr>
                <w:sz w:val="17"/>
              </w:rPr>
              <w:t>data</w:t>
            </w:r>
            <w:proofErr w:type="gramEnd"/>
            <w:r>
              <w:rPr>
                <w:sz w:val="17"/>
              </w:rPr>
              <w:t xml:space="preserve"> of </w:t>
            </w:r>
            <w:r w:rsidRPr="00793682">
              <w:rPr>
                <w:sz w:val="17"/>
              </w:rPr>
              <w:t>3</w:t>
            </w:r>
            <w:r w:rsidR="004E08AA" w:rsidRPr="00793682">
              <w:rPr>
                <w:sz w:val="17"/>
              </w:rPr>
              <w:t>0</w:t>
            </w:r>
            <w:r w:rsidRPr="00793682">
              <w:rPr>
                <w:sz w:val="17"/>
              </w:rPr>
              <w:t>.</w:t>
            </w:r>
            <w:r w:rsidR="004E08AA" w:rsidRPr="00793682">
              <w:rPr>
                <w:sz w:val="17"/>
              </w:rPr>
              <w:t>09</w:t>
            </w:r>
            <w:r w:rsidRPr="00793682">
              <w:rPr>
                <w:sz w:val="17"/>
              </w:rPr>
              <w:t>.202</w:t>
            </w:r>
            <w:r w:rsidR="004E08AA" w:rsidRPr="00793682">
              <w:rPr>
                <w:sz w:val="17"/>
              </w:rPr>
              <w:t>6</w:t>
            </w:r>
            <w:r w:rsidRPr="00793682">
              <w:rPr>
                <w:sz w:val="17"/>
              </w:rPr>
              <w:t>.</w:t>
            </w:r>
          </w:p>
          <w:p w14:paraId="01743DD2" w14:textId="77777777" w:rsidR="000C726D" w:rsidRDefault="00102A3C">
            <w:pPr>
              <w:spacing w:after="60" w:line="259" w:lineRule="auto"/>
            </w:pPr>
            <w:r>
              <w:rPr>
                <w:sz w:val="17"/>
              </w:rPr>
              <w:t xml:space="preserve">Has the share price appreciated </w:t>
            </w:r>
            <w:proofErr w:type="gramStart"/>
            <w:r>
              <w:rPr>
                <w:sz w:val="17"/>
              </w:rPr>
              <w:t>steadily,</w:t>
            </w:r>
            <w:proofErr w:type="gramEnd"/>
            <w:r>
              <w:rPr>
                <w:sz w:val="17"/>
              </w:rPr>
              <w:t xml:space="preserve"> providing evidence of solid long-term growth without inflation?</w:t>
            </w:r>
          </w:p>
        </w:tc>
      </w:tr>
      <w:tr w:rsidR="000C726D" w14:paraId="37F31EED"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7EF92AFD" w14:textId="77777777" w:rsidR="000C726D" w:rsidRDefault="00102A3C">
            <w:r>
              <w:br/>
            </w:r>
            <w:r>
              <w:br/>
            </w:r>
            <w:r>
              <w:br/>
            </w:r>
            <w:r>
              <w:br/>
            </w:r>
            <w:r>
              <w:br/>
            </w:r>
            <w:r>
              <w:br/>
            </w:r>
            <w:r>
              <w:br/>
            </w:r>
            <w:r>
              <w:br/>
            </w:r>
            <w:r>
              <w:br/>
            </w:r>
            <w:r>
              <w:br/>
            </w:r>
          </w:p>
        </w:tc>
      </w:tr>
    </w:tbl>
    <w:p w14:paraId="04F63D0C" w14:textId="77777777" w:rsidR="000C726D" w:rsidRDefault="000C726D">
      <w:pPr>
        <w:spacing w:after="20"/>
      </w:pPr>
    </w:p>
    <w:p w14:paraId="7590ABC1"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63733CB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A1A065F" w14:textId="24243471" w:rsidR="000C726D" w:rsidRPr="00CE7FB4" w:rsidRDefault="00BC6CBE" w:rsidP="00CE7FB4">
            <w:pPr>
              <w:spacing w:after="0" w:line="259" w:lineRule="auto"/>
              <w:rPr>
                <w:b/>
                <w:color w:val="FFFFFF"/>
                <w:sz w:val="21"/>
              </w:rPr>
            </w:pPr>
            <w:r w:rsidRPr="00BC6CBE">
              <w:rPr>
                <w:b/>
                <w:color w:val="FFFFFF"/>
                <w:sz w:val="21"/>
              </w:rPr>
              <w:lastRenderedPageBreak/>
              <w:t>USE OF CAPITAL MARKETS</w:t>
            </w:r>
            <w:r>
              <w:rPr>
                <w:b/>
                <w:color w:val="FFFFFF"/>
                <w:sz w:val="21"/>
              </w:rPr>
              <w:t xml:space="preserve"> </w:t>
            </w:r>
            <w:r w:rsidR="00CE7FB4">
              <w:rPr>
                <w:b/>
                <w:color w:val="FFFFFF"/>
                <w:sz w:val="21"/>
              </w:rPr>
              <w:t xml:space="preserve">  </w:t>
            </w:r>
            <w:r w:rsidR="00102A3C">
              <w:rPr>
                <w:i/>
                <w:color w:val="DDE8F6"/>
                <w:sz w:val="17"/>
              </w:rPr>
              <w:t>Max. 1 500 characters including spaces</w:t>
            </w:r>
          </w:p>
        </w:tc>
      </w:tr>
      <w:tr w:rsidR="000C726D" w14:paraId="1299ECAE"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7A92552" w14:textId="77777777" w:rsidR="00C836C4" w:rsidRPr="00C836C4" w:rsidRDefault="00C836C4" w:rsidP="00C836C4">
            <w:pPr>
              <w:spacing w:after="60" w:line="259" w:lineRule="auto"/>
              <w:rPr>
                <w:sz w:val="17"/>
              </w:rPr>
            </w:pPr>
            <w:r w:rsidRPr="00C836C4">
              <w:rPr>
                <w:sz w:val="17"/>
              </w:rPr>
              <w:t xml:space="preserve">Please explain how the company has used capital markets to support its growth and development since listing. </w:t>
            </w:r>
          </w:p>
          <w:p w14:paraId="1F098B57" w14:textId="0430104A" w:rsidR="00C836C4" w:rsidRPr="00C836C4" w:rsidRDefault="00C836C4" w:rsidP="00C836C4">
            <w:pPr>
              <w:pStyle w:val="ListParagraph"/>
              <w:numPr>
                <w:ilvl w:val="0"/>
                <w:numId w:val="17"/>
              </w:numPr>
              <w:spacing w:after="60" w:line="259" w:lineRule="auto"/>
              <w:rPr>
                <w:sz w:val="17"/>
              </w:rPr>
            </w:pPr>
            <w:r w:rsidRPr="00C836C4">
              <w:rPr>
                <w:sz w:val="17"/>
              </w:rPr>
              <w:t>Has the company made use of secondary or follow-on equity issuances, debt issuance, or other forms of market-based financing? How has the capital raised contributed to the company's growth strategy, innovation, or expansion. Where possible, provide quantitative examples and evidence.</w:t>
            </w:r>
          </w:p>
          <w:p w14:paraId="55E378B0" w14:textId="7A2699ED" w:rsidR="000C726D" w:rsidRDefault="00C836C4" w:rsidP="00C836C4">
            <w:pPr>
              <w:pStyle w:val="ListParagraph"/>
              <w:numPr>
                <w:ilvl w:val="0"/>
                <w:numId w:val="17"/>
              </w:numPr>
              <w:spacing w:after="60" w:line="259" w:lineRule="auto"/>
            </w:pPr>
            <w:r w:rsidRPr="00C836C4">
              <w:rPr>
                <w:sz w:val="17"/>
              </w:rPr>
              <w:t>Where no additional capital has been raised, please describe how listing has otherwise supported the company's strategic development, including enhanced visibility, access to investors, governance, credibility, partnerships, or future financing opportunities.</w:t>
            </w:r>
          </w:p>
        </w:tc>
      </w:tr>
      <w:tr w:rsidR="000C726D" w14:paraId="0BB1ABDF" w14:textId="77777777" w:rsidTr="00264F65">
        <w:trPr>
          <w:trHeight w:val="1899"/>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3619828A" w14:textId="77777777" w:rsidR="000C726D" w:rsidRDefault="00102A3C">
            <w:r>
              <w:br/>
            </w:r>
            <w:r>
              <w:br/>
            </w:r>
            <w:r>
              <w:br/>
            </w:r>
            <w:r>
              <w:br/>
            </w:r>
            <w:r>
              <w:br/>
            </w:r>
            <w:r>
              <w:br/>
            </w:r>
            <w:r>
              <w:br/>
            </w:r>
            <w:r>
              <w:br/>
            </w:r>
            <w:r>
              <w:br/>
            </w:r>
            <w:r>
              <w:br/>
            </w:r>
            <w:r>
              <w:br/>
            </w:r>
            <w:r>
              <w:br/>
            </w:r>
          </w:p>
        </w:tc>
      </w:tr>
    </w:tbl>
    <w:p w14:paraId="6F0581A0" w14:textId="0D3FC799" w:rsidR="007625A2" w:rsidRDefault="007625A2" w:rsidP="00656512">
      <w:r>
        <w:br w:type="page"/>
      </w:r>
    </w:p>
    <w:tbl>
      <w:tblPr>
        <w:tblW w:w="0" w:type="auto"/>
        <w:jc w:val="center"/>
        <w:tblLayout w:type="fixed"/>
        <w:tblLook w:val="04A0" w:firstRow="1" w:lastRow="0" w:firstColumn="1" w:lastColumn="0" w:noHBand="0" w:noVBand="1"/>
      </w:tblPr>
      <w:tblGrid>
        <w:gridCol w:w="10166"/>
      </w:tblGrid>
      <w:tr w:rsidR="000C726D" w14:paraId="21C6AC22"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2F7B21A6" w14:textId="039FEFD2" w:rsidR="000C726D" w:rsidRPr="00CE7FB4" w:rsidRDefault="00102A3C" w:rsidP="00CE7FB4">
            <w:pPr>
              <w:spacing w:after="0" w:line="259" w:lineRule="auto"/>
              <w:rPr>
                <w:i/>
                <w:color w:val="DDE8F6"/>
                <w:sz w:val="17"/>
              </w:rPr>
            </w:pPr>
            <w:r>
              <w:rPr>
                <w:b/>
                <w:color w:val="FFFFFF"/>
                <w:sz w:val="21"/>
              </w:rPr>
              <w:lastRenderedPageBreak/>
              <w:t>REPUTATION</w:t>
            </w:r>
            <w:r w:rsidR="00CE7FB4">
              <w:rPr>
                <w:i/>
                <w:color w:val="DDE8F6"/>
                <w:sz w:val="17"/>
              </w:rPr>
              <w:t xml:space="preserve">   </w:t>
            </w:r>
            <w:r>
              <w:rPr>
                <w:i/>
                <w:color w:val="DDE8F6"/>
                <w:sz w:val="17"/>
              </w:rPr>
              <w:t xml:space="preserve">Max. </w:t>
            </w:r>
            <w:r w:rsidR="00471949">
              <w:rPr>
                <w:i/>
                <w:color w:val="DDE8F6"/>
                <w:sz w:val="17"/>
              </w:rPr>
              <w:t>1 0</w:t>
            </w:r>
            <w:r>
              <w:rPr>
                <w:i/>
                <w:color w:val="DDE8F6"/>
                <w:sz w:val="17"/>
              </w:rPr>
              <w:t>00 characters including spaces</w:t>
            </w:r>
          </w:p>
        </w:tc>
      </w:tr>
      <w:tr w:rsidR="000C726D" w14:paraId="1B3CDC00"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DC64B1F" w14:textId="0E93EE8B" w:rsidR="000C726D" w:rsidRDefault="0083660C">
            <w:pPr>
              <w:spacing w:after="60" w:line="259" w:lineRule="auto"/>
            </w:pPr>
            <w:r w:rsidRPr="0083660C">
              <w:rPr>
                <w:sz w:val="17"/>
              </w:rPr>
              <w:t>Please provide supporting evidence regarding the overall reputation of the company. How is the company viewed by peers/stock-market analysts/other companies?</w:t>
            </w:r>
          </w:p>
        </w:tc>
      </w:tr>
      <w:tr w:rsidR="000C726D" w14:paraId="48040BAA"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8D0A985" w14:textId="47B593F8" w:rsidR="000C726D" w:rsidRDefault="00102A3C">
            <w:r>
              <w:br/>
            </w:r>
            <w:r>
              <w:br/>
            </w:r>
            <w:r>
              <w:br/>
            </w:r>
            <w:r>
              <w:br/>
            </w:r>
            <w:r>
              <w:br/>
            </w:r>
            <w:r>
              <w:br/>
            </w:r>
            <w:r>
              <w:br/>
            </w:r>
            <w:r>
              <w:br/>
            </w:r>
          </w:p>
        </w:tc>
      </w:tr>
    </w:tbl>
    <w:p w14:paraId="5E404303" w14:textId="77777777" w:rsidR="000C726D" w:rsidRDefault="000C726D">
      <w:pPr>
        <w:spacing w:after="20"/>
      </w:pPr>
    </w:p>
    <w:tbl>
      <w:tblPr>
        <w:tblW w:w="0" w:type="auto"/>
        <w:jc w:val="center"/>
        <w:tblLayout w:type="fixed"/>
        <w:tblLook w:val="04A0" w:firstRow="1" w:lastRow="0" w:firstColumn="1" w:lastColumn="0" w:noHBand="0" w:noVBand="1"/>
      </w:tblPr>
      <w:tblGrid>
        <w:gridCol w:w="10166"/>
      </w:tblGrid>
      <w:tr w:rsidR="00881020" w14:paraId="7006DCCC"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03F1D862" w14:textId="50BDB145" w:rsidR="00881020" w:rsidRPr="00CE7FB4" w:rsidRDefault="00881020" w:rsidP="00CE7FB4">
            <w:pPr>
              <w:spacing w:after="0" w:line="259" w:lineRule="auto"/>
              <w:rPr>
                <w:i/>
                <w:color w:val="DDE8F6"/>
                <w:sz w:val="17"/>
              </w:rPr>
            </w:pPr>
            <w:r>
              <w:rPr>
                <w:b/>
                <w:color w:val="FFFFFF"/>
                <w:sz w:val="21"/>
              </w:rPr>
              <w:t>CORPORATE INFORMATION</w:t>
            </w:r>
            <w:r w:rsidR="00CE7FB4">
              <w:rPr>
                <w:i/>
                <w:color w:val="DDE8F6"/>
                <w:sz w:val="17"/>
              </w:rPr>
              <w:t xml:space="preserve">   </w:t>
            </w:r>
            <w:r>
              <w:rPr>
                <w:i/>
                <w:color w:val="DDE8F6"/>
                <w:sz w:val="17"/>
              </w:rPr>
              <w:t>Max. 500 characters including spaces</w:t>
            </w:r>
          </w:p>
        </w:tc>
      </w:tr>
      <w:tr w:rsidR="00881020" w14:paraId="1B33D724"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2517CF6" w14:textId="45F3CF19" w:rsidR="00881020" w:rsidRDefault="007E7F0D" w:rsidP="00FA327D">
            <w:pPr>
              <w:spacing w:after="60" w:line="259" w:lineRule="auto"/>
            </w:pPr>
            <w:r w:rsidRPr="007E7F0D">
              <w:rPr>
                <w:sz w:val="17"/>
              </w:rPr>
              <w:t>Please supply evidence of how the company provides timely disclosure of corporate information</w:t>
            </w:r>
            <w:r w:rsidR="00881020">
              <w:rPr>
                <w:sz w:val="17"/>
              </w:rPr>
              <w:t>?</w:t>
            </w:r>
          </w:p>
        </w:tc>
      </w:tr>
      <w:tr w:rsidR="00881020" w14:paraId="2B4BF968"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2ED13787" w14:textId="77777777" w:rsidR="00881020" w:rsidRDefault="00881020" w:rsidP="00FA327D">
            <w:r>
              <w:br/>
            </w:r>
            <w:r>
              <w:br/>
            </w:r>
            <w:r>
              <w:br/>
            </w:r>
            <w:r>
              <w:br/>
            </w:r>
            <w:r>
              <w:br/>
            </w:r>
            <w:r>
              <w:br/>
            </w:r>
            <w:r>
              <w:br/>
            </w:r>
            <w:r>
              <w:br/>
            </w:r>
            <w:r>
              <w:br/>
            </w:r>
            <w:r>
              <w:br/>
            </w:r>
          </w:p>
        </w:tc>
      </w:tr>
    </w:tbl>
    <w:p w14:paraId="53E8EAA3" w14:textId="77777777" w:rsidR="00881020" w:rsidRDefault="00881020">
      <w:pPr>
        <w:spacing w:after="20"/>
      </w:pPr>
    </w:p>
    <w:tbl>
      <w:tblPr>
        <w:tblW w:w="0" w:type="auto"/>
        <w:jc w:val="center"/>
        <w:tblLayout w:type="fixed"/>
        <w:tblLook w:val="04A0" w:firstRow="1" w:lastRow="0" w:firstColumn="1" w:lastColumn="0" w:noHBand="0" w:noVBand="1"/>
      </w:tblPr>
      <w:tblGrid>
        <w:gridCol w:w="10166"/>
      </w:tblGrid>
      <w:tr w:rsidR="004C2971" w14:paraId="3019380D"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018A422C" w14:textId="446A6AE8" w:rsidR="004C2971" w:rsidRPr="00CE7FB4" w:rsidRDefault="004C2971" w:rsidP="00CE7FB4">
            <w:pPr>
              <w:spacing w:after="0" w:line="259" w:lineRule="auto"/>
              <w:rPr>
                <w:i/>
                <w:color w:val="DDE8F6"/>
                <w:sz w:val="17"/>
              </w:rPr>
            </w:pPr>
            <w:r>
              <w:rPr>
                <w:b/>
                <w:color w:val="FFFFFF"/>
                <w:sz w:val="21"/>
              </w:rPr>
              <w:t xml:space="preserve">CORPORATE </w:t>
            </w:r>
            <w:r w:rsidR="00E93A05">
              <w:rPr>
                <w:b/>
                <w:color w:val="FFFFFF"/>
                <w:sz w:val="21"/>
              </w:rPr>
              <w:t>GOVERNANCE</w:t>
            </w:r>
            <w:r w:rsidR="00CE7FB4">
              <w:rPr>
                <w:i/>
                <w:color w:val="DDE8F6"/>
                <w:sz w:val="17"/>
              </w:rPr>
              <w:t xml:space="preserve">   </w:t>
            </w:r>
            <w:r>
              <w:rPr>
                <w:i/>
                <w:color w:val="DDE8F6"/>
                <w:sz w:val="17"/>
              </w:rPr>
              <w:t>Max. 500 characters including spaces</w:t>
            </w:r>
          </w:p>
        </w:tc>
      </w:tr>
      <w:tr w:rsidR="004C2971" w14:paraId="47C23598"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28808B0" w14:textId="6B288C96" w:rsidR="004C2971" w:rsidRDefault="00A21F29" w:rsidP="00FA327D">
            <w:pPr>
              <w:spacing w:after="60" w:line="259" w:lineRule="auto"/>
            </w:pPr>
            <w:r w:rsidRPr="00A15E83">
              <w:rPr>
                <w:sz w:val="17"/>
              </w:rPr>
              <w:t>Does the company behave as a good corporate citizen and provide evidence of good governance? Please evaluate and provide reasoning</w:t>
            </w:r>
            <w:r w:rsidR="00A15E83">
              <w:rPr>
                <w:sz w:val="17"/>
              </w:rPr>
              <w:t>.</w:t>
            </w:r>
          </w:p>
        </w:tc>
      </w:tr>
      <w:tr w:rsidR="004C2971" w14:paraId="0668F545"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08EEEBA" w14:textId="77777777" w:rsidR="004C2971" w:rsidRDefault="004C2971" w:rsidP="00FA327D">
            <w:r>
              <w:br/>
            </w:r>
            <w:r>
              <w:br/>
            </w:r>
            <w:r>
              <w:br/>
            </w:r>
            <w:r>
              <w:br/>
            </w:r>
            <w:r>
              <w:br/>
            </w:r>
            <w:r>
              <w:br/>
            </w:r>
            <w:r>
              <w:br/>
            </w:r>
            <w:r>
              <w:br/>
            </w:r>
            <w:r>
              <w:br/>
            </w:r>
            <w:r>
              <w:br/>
            </w:r>
          </w:p>
        </w:tc>
      </w:tr>
    </w:tbl>
    <w:p w14:paraId="29CEF74C" w14:textId="77777777" w:rsidR="00881020" w:rsidRDefault="00881020">
      <w:pPr>
        <w:spacing w:after="20"/>
      </w:pPr>
    </w:p>
    <w:p w14:paraId="6B956BF0" w14:textId="77777777" w:rsidR="00CE7FB4" w:rsidRDefault="00CE7FB4">
      <w:pPr>
        <w:spacing w:after="20"/>
      </w:pPr>
    </w:p>
    <w:tbl>
      <w:tblPr>
        <w:tblW w:w="0" w:type="auto"/>
        <w:jc w:val="center"/>
        <w:tblLayout w:type="fixed"/>
        <w:tblLook w:val="04A0" w:firstRow="1" w:lastRow="0" w:firstColumn="1" w:lastColumn="0" w:noHBand="0" w:noVBand="1"/>
      </w:tblPr>
      <w:tblGrid>
        <w:gridCol w:w="10166"/>
      </w:tblGrid>
      <w:tr w:rsidR="000C726D" w14:paraId="574152BE"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6257A427" w14:textId="70F95A18" w:rsidR="000C726D" w:rsidRPr="00CE7FB4" w:rsidRDefault="00102A3C" w:rsidP="00CE7FB4">
            <w:pPr>
              <w:spacing w:after="0" w:line="259" w:lineRule="auto"/>
              <w:rPr>
                <w:i/>
                <w:color w:val="DDE8F6"/>
                <w:sz w:val="17"/>
              </w:rPr>
            </w:pPr>
            <w:r>
              <w:rPr>
                <w:b/>
                <w:color w:val="FFFFFF"/>
                <w:sz w:val="21"/>
              </w:rPr>
              <w:lastRenderedPageBreak/>
              <w:t>ADDITIONAL INFORMATION</w:t>
            </w:r>
            <w:r w:rsidR="00CE7FB4">
              <w:rPr>
                <w:i/>
                <w:color w:val="DDE8F6"/>
                <w:sz w:val="17"/>
              </w:rPr>
              <w:t xml:space="preserve">   </w:t>
            </w:r>
            <w:r>
              <w:rPr>
                <w:i/>
                <w:color w:val="DDE8F6"/>
                <w:sz w:val="17"/>
              </w:rPr>
              <w:t>Max. 500 characters including spaces</w:t>
            </w:r>
          </w:p>
        </w:tc>
      </w:tr>
      <w:tr w:rsidR="000C726D" w14:paraId="09044FDC"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010366B" w14:textId="77777777" w:rsidR="000C726D" w:rsidRDefault="00102A3C">
            <w:pPr>
              <w:spacing w:after="60" w:line="259" w:lineRule="auto"/>
            </w:pPr>
            <w:r>
              <w:rPr>
                <w:sz w:val="17"/>
              </w:rPr>
              <w:t>Please provide any additional and relevant information to support your application.</w:t>
            </w:r>
          </w:p>
        </w:tc>
      </w:tr>
      <w:tr w:rsidR="000C726D" w14:paraId="77D856B6"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5786C1D" w14:textId="77777777" w:rsidR="000C726D" w:rsidRDefault="00102A3C">
            <w:r>
              <w:br/>
            </w:r>
            <w:r>
              <w:br/>
            </w:r>
            <w:r>
              <w:br/>
            </w:r>
            <w:r>
              <w:br/>
            </w:r>
            <w:r>
              <w:br/>
            </w:r>
          </w:p>
        </w:tc>
      </w:tr>
    </w:tbl>
    <w:p w14:paraId="41838B62" w14:textId="77777777" w:rsidR="000C726D" w:rsidRDefault="000C726D">
      <w:pPr>
        <w:spacing w:after="20"/>
      </w:pPr>
    </w:p>
    <w:p w14:paraId="6E86FB67"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5C88A19F"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B677F3A" w14:textId="77777777" w:rsidR="000C726D" w:rsidRDefault="00102A3C">
            <w:pPr>
              <w:spacing w:after="0" w:line="259" w:lineRule="auto"/>
            </w:pPr>
            <w:r>
              <w:rPr>
                <w:b/>
                <w:color w:val="FFFFFF"/>
                <w:sz w:val="21"/>
              </w:rPr>
              <w:lastRenderedPageBreak/>
              <w:t>SUPPLEMENTARY LINKS / FILES</w:t>
            </w:r>
          </w:p>
        </w:tc>
      </w:tr>
      <w:tr w:rsidR="000C726D" w14:paraId="74791BE7"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0AD2A88" w14:textId="77777777" w:rsidR="000C726D" w:rsidRDefault="00102A3C">
            <w:pPr>
              <w:spacing w:after="60" w:line="259" w:lineRule="auto"/>
            </w:pPr>
            <w:r>
              <w:rPr>
                <w:sz w:val="17"/>
              </w:rPr>
              <w:t>Here you may specify up to five website links in English and upload one supporting document (less than 5 MB).</w:t>
            </w:r>
          </w:p>
          <w:p w14:paraId="0E4547C0" w14:textId="77777777" w:rsidR="000C726D" w:rsidRDefault="00102A3C">
            <w:pPr>
              <w:spacing w:after="60" w:line="259" w:lineRule="auto"/>
            </w:pPr>
            <w:r>
              <w:rPr>
                <w:sz w:val="17"/>
              </w:rPr>
              <w:t>Supporting documents may include visuals and text but text will not form part of the evaluation process.</w:t>
            </w:r>
          </w:p>
          <w:p w14:paraId="12DE47E7" w14:textId="77777777" w:rsidR="000C726D" w:rsidRDefault="00102A3C">
            <w:pPr>
              <w:spacing w:after="60" w:line="259" w:lineRule="auto"/>
            </w:pPr>
            <w:r>
              <w:rPr>
                <w:sz w:val="17"/>
              </w:rPr>
              <w:t>Only answers submitted above will be evaluated.</w:t>
            </w:r>
          </w:p>
        </w:tc>
      </w:tr>
      <w:tr w:rsidR="000C726D" w14:paraId="0E73B8ED"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65307134" w14:textId="77777777" w:rsidR="000C726D" w:rsidRDefault="00102A3C">
            <w:r>
              <w:br/>
            </w:r>
            <w:r>
              <w:br/>
            </w:r>
            <w:r>
              <w:br/>
            </w:r>
            <w:r>
              <w:br/>
            </w:r>
            <w:r>
              <w:br/>
            </w:r>
            <w:r>
              <w:br/>
            </w:r>
            <w:r>
              <w:br/>
            </w:r>
            <w:r>
              <w:br/>
            </w:r>
            <w:r>
              <w:br/>
            </w:r>
          </w:p>
        </w:tc>
      </w:tr>
    </w:tbl>
    <w:p w14:paraId="088A1832" w14:textId="77777777" w:rsidR="000C726D" w:rsidRDefault="000C726D">
      <w:pPr>
        <w:spacing w:after="20"/>
      </w:pPr>
    </w:p>
    <w:p w14:paraId="34CEDD34"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127B68CB"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7F08DFB7" w14:textId="77777777" w:rsidR="000C726D" w:rsidRDefault="00102A3C">
            <w:pPr>
              <w:spacing w:after="0" w:line="259" w:lineRule="auto"/>
            </w:pPr>
            <w:r>
              <w:rPr>
                <w:b/>
                <w:color w:val="FFFFFF"/>
                <w:sz w:val="21"/>
              </w:rPr>
              <w:lastRenderedPageBreak/>
              <w:t>COMMENTS FROM THE STOCK EXCHANGE</w:t>
            </w:r>
            <w:r>
              <w:rPr>
                <w:i/>
                <w:color w:val="DDE8F6"/>
                <w:sz w:val="17"/>
              </w:rPr>
              <w:t xml:space="preserve">   Max. 1 500 characters including spaces</w:t>
            </w:r>
          </w:p>
        </w:tc>
      </w:tr>
      <w:tr w:rsidR="000C726D" w14:paraId="17794235"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36FEA39" w14:textId="77777777" w:rsidR="000C726D" w:rsidRDefault="00102A3C">
            <w:pPr>
              <w:spacing w:after="60" w:line="259" w:lineRule="auto"/>
            </w:pPr>
            <w:r>
              <w:rPr>
                <w:sz w:val="17"/>
              </w:rPr>
              <w:t>Why was this considered to be a winning application?</w:t>
            </w:r>
          </w:p>
        </w:tc>
      </w:tr>
      <w:tr w:rsidR="000C726D" w14:paraId="37E8CFD3"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21EDB942" w14:textId="77777777" w:rsidR="000C726D" w:rsidRDefault="00102A3C">
            <w:r>
              <w:br/>
            </w:r>
            <w:r>
              <w:br/>
            </w:r>
            <w:r>
              <w:br/>
            </w:r>
            <w:r>
              <w:br/>
            </w:r>
            <w:r>
              <w:br/>
            </w:r>
            <w:r>
              <w:br/>
            </w:r>
            <w:r>
              <w:br/>
            </w:r>
            <w:r>
              <w:br/>
            </w:r>
          </w:p>
        </w:tc>
      </w:tr>
    </w:tbl>
    <w:p w14:paraId="7979A9FD" w14:textId="77777777" w:rsidR="000C726D" w:rsidRDefault="000C726D">
      <w:pPr>
        <w:spacing w:after="20"/>
      </w:pPr>
    </w:p>
    <w:tbl>
      <w:tblPr>
        <w:tblW w:w="0" w:type="auto"/>
        <w:jc w:val="center"/>
        <w:tblLayout w:type="fixed"/>
        <w:tblLook w:val="04A0" w:firstRow="1" w:lastRow="0" w:firstColumn="1" w:lastColumn="0" w:noHBand="0" w:noVBand="1"/>
      </w:tblPr>
      <w:tblGrid>
        <w:gridCol w:w="10166"/>
      </w:tblGrid>
      <w:tr w:rsidR="000C726D" w14:paraId="5579F324"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B7B5508" w14:textId="77777777" w:rsidR="000C726D" w:rsidRDefault="000C726D">
            <w:pPr>
              <w:spacing w:after="0" w:line="259" w:lineRule="auto"/>
            </w:pPr>
          </w:p>
        </w:tc>
      </w:tr>
      <w:tr w:rsidR="000C726D" w14:paraId="176502F8"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427180BF" w14:textId="77777777" w:rsidR="000C726D" w:rsidRDefault="00102A3C">
            <w:pPr>
              <w:spacing w:after="60" w:line="259" w:lineRule="auto"/>
            </w:pPr>
            <w:r>
              <w:rPr>
                <w:sz w:val="17"/>
              </w:rPr>
              <w:t>Why should this application win a European Award?</w:t>
            </w:r>
          </w:p>
        </w:tc>
      </w:tr>
      <w:tr w:rsidR="000C726D" w14:paraId="5423D333"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192FA6EF" w14:textId="77777777" w:rsidR="000C726D" w:rsidRDefault="00102A3C">
            <w:r>
              <w:br/>
            </w:r>
            <w:r>
              <w:br/>
            </w:r>
            <w:r>
              <w:br/>
            </w:r>
            <w:r>
              <w:br/>
            </w:r>
            <w:r>
              <w:br/>
            </w:r>
            <w:r>
              <w:br/>
            </w:r>
            <w:r>
              <w:br/>
            </w:r>
            <w:r>
              <w:br/>
            </w:r>
          </w:p>
        </w:tc>
      </w:tr>
    </w:tbl>
    <w:p w14:paraId="7D6A2417" w14:textId="77777777" w:rsidR="000C726D" w:rsidRDefault="000C726D">
      <w:pPr>
        <w:spacing w:after="20"/>
      </w:pPr>
    </w:p>
    <w:sectPr w:rsidR="000C726D" w:rsidSect="00034616">
      <w:footerReference w:type="default" r:id="rId13"/>
      <w:pgSz w:w="12240" w:h="15840"/>
      <w:pgMar w:top="792" w:right="1037" w:bottom="893"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45E0F" w14:textId="77777777" w:rsidR="00FD2C6F" w:rsidRDefault="00FD2C6F">
      <w:pPr>
        <w:spacing w:after="0" w:line="240" w:lineRule="auto"/>
      </w:pPr>
      <w:r>
        <w:separator/>
      </w:r>
    </w:p>
  </w:endnote>
  <w:endnote w:type="continuationSeparator" w:id="0">
    <w:p w14:paraId="7BABE470" w14:textId="77777777" w:rsidR="00FD2C6F" w:rsidRDefault="00FD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4A1B" w14:textId="79A0DD48" w:rsidR="000C726D" w:rsidRDefault="00102A3C">
    <w:pPr>
      <w:pStyle w:val="Footer"/>
      <w:spacing w:before="80"/>
      <w:jc w:val="center"/>
    </w:pPr>
    <w:r>
      <w:rPr>
        <w:color w:val="667085"/>
        <w:sz w:val="15"/>
      </w:rPr>
      <w:t xml:space="preserve">European Small and Mid-Cap </w:t>
    </w:r>
    <w:r w:rsidR="00A26112">
      <w:rPr>
        <w:color w:val="667085"/>
        <w:sz w:val="15"/>
      </w:rPr>
      <w:t xml:space="preserve">Innovation </w:t>
    </w:r>
    <w:proofErr w:type="gramStart"/>
    <w:r>
      <w:rPr>
        <w:color w:val="667085"/>
        <w:sz w:val="15"/>
      </w:rPr>
      <w:t>Awards  |</w:t>
    </w:r>
    <w:proofErr w:type="gramEnd"/>
    <w:r>
      <w:rPr>
        <w:color w:val="667085"/>
        <w:sz w:val="15"/>
      </w:rPr>
      <w:t xml:space="preserve">  Application form </w:t>
    </w:r>
    <w:proofErr w:type="gramStart"/>
    <w:r>
      <w:rPr>
        <w:color w:val="667085"/>
        <w:sz w:val="15"/>
      </w:rPr>
      <w:t>202</w:t>
    </w:r>
    <w:r w:rsidR="00A26112">
      <w:rPr>
        <w:color w:val="667085"/>
        <w:sz w:val="15"/>
      </w:rPr>
      <w:t>7</w:t>
    </w:r>
    <w:r>
      <w:rPr>
        <w:color w:val="667085"/>
        <w:sz w:val="15"/>
      </w:rPr>
      <w:t xml:space="preserve">  |</w:t>
    </w:r>
    <w:proofErr w:type="gramEnd"/>
    <w:r>
      <w:rPr>
        <w:color w:val="667085"/>
        <w:sz w:val="15"/>
      </w:rPr>
      <w:t xml:space="preserve">  </w:t>
    </w:r>
    <w:r w:rsidR="00A15E83">
      <w:rPr>
        <w:color w:val="667085"/>
        <w:sz w:val="15"/>
      </w:rPr>
      <w:t>Rising</w:t>
    </w:r>
    <w:r>
      <w:rPr>
        <w:color w:val="667085"/>
        <w:sz w:val="15"/>
      </w:rPr>
      <w:t xml:space="preserve"> Star</w:t>
    </w:r>
    <w:r>
      <w:t xml:space="preserve">    •    </w:t>
    </w:r>
    <w:r>
      <w:fldChar w:fldCharType="begin"/>
    </w:r>
    <w:r>
      <w:instrText>PAGE</w:instrText>
    </w:r>
    <w:r>
      <w:fldChar w:fldCharType="separate"/>
    </w:r>
    <w:r w:rsidR="00687B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9AAB" w14:textId="77777777" w:rsidR="00FD2C6F" w:rsidRDefault="00FD2C6F">
      <w:pPr>
        <w:spacing w:after="0" w:line="240" w:lineRule="auto"/>
      </w:pPr>
      <w:r>
        <w:separator/>
      </w:r>
    </w:p>
  </w:footnote>
  <w:footnote w:type="continuationSeparator" w:id="0">
    <w:p w14:paraId="7AD13E34" w14:textId="77777777" w:rsidR="00FD2C6F" w:rsidRDefault="00FD2C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07F3"/>
    <w:multiLevelType w:val="hybridMultilevel"/>
    <w:tmpl w:val="54F23A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5F95D03"/>
    <w:multiLevelType w:val="hybridMultilevel"/>
    <w:tmpl w:val="0714D2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62B1BEA"/>
    <w:multiLevelType w:val="hybridMultilevel"/>
    <w:tmpl w:val="331E97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F830F8D"/>
    <w:multiLevelType w:val="hybridMultilevel"/>
    <w:tmpl w:val="6E90FB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4995657"/>
    <w:multiLevelType w:val="hybridMultilevel"/>
    <w:tmpl w:val="44D629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E92093"/>
    <w:multiLevelType w:val="multilevel"/>
    <w:tmpl w:val="A2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240517"/>
    <w:multiLevelType w:val="hybridMultilevel"/>
    <w:tmpl w:val="C3F40F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D935078"/>
    <w:multiLevelType w:val="hybridMultilevel"/>
    <w:tmpl w:val="AB3238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64012179">
    <w:abstractNumId w:val="8"/>
  </w:num>
  <w:num w:numId="2" w16cid:durableId="1092242895">
    <w:abstractNumId w:val="6"/>
  </w:num>
  <w:num w:numId="3" w16cid:durableId="1267470660">
    <w:abstractNumId w:val="5"/>
  </w:num>
  <w:num w:numId="4" w16cid:durableId="1614359389">
    <w:abstractNumId w:val="4"/>
  </w:num>
  <w:num w:numId="5" w16cid:durableId="793521960">
    <w:abstractNumId w:val="7"/>
  </w:num>
  <w:num w:numId="6" w16cid:durableId="1005016450">
    <w:abstractNumId w:val="3"/>
  </w:num>
  <w:num w:numId="7" w16cid:durableId="1147626852">
    <w:abstractNumId w:val="2"/>
  </w:num>
  <w:num w:numId="8" w16cid:durableId="2071073605">
    <w:abstractNumId w:val="1"/>
  </w:num>
  <w:num w:numId="9" w16cid:durableId="1309240234">
    <w:abstractNumId w:val="0"/>
  </w:num>
  <w:num w:numId="10" w16cid:durableId="1313756709">
    <w:abstractNumId w:val="12"/>
  </w:num>
  <w:num w:numId="11" w16cid:durableId="1390223684">
    <w:abstractNumId w:val="15"/>
  </w:num>
  <w:num w:numId="12" w16cid:durableId="1874079556">
    <w:abstractNumId w:val="10"/>
  </w:num>
  <w:num w:numId="13" w16cid:durableId="529221158">
    <w:abstractNumId w:val="14"/>
  </w:num>
  <w:num w:numId="14" w16cid:durableId="124934713">
    <w:abstractNumId w:val="16"/>
  </w:num>
  <w:num w:numId="15" w16cid:durableId="1287741362">
    <w:abstractNumId w:val="9"/>
  </w:num>
  <w:num w:numId="16" w16cid:durableId="1483036688">
    <w:abstractNumId w:val="11"/>
  </w:num>
  <w:num w:numId="17" w16cid:durableId="13655989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577"/>
    <w:rsid w:val="000C726D"/>
    <w:rsid w:val="000D682D"/>
    <w:rsid w:val="000F557D"/>
    <w:rsid w:val="00102A3C"/>
    <w:rsid w:val="00111BFE"/>
    <w:rsid w:val="001217C3"/>
    <w:rsid w:val="0015074B"/>
    <w:rsid w:val="00173F34"/>
    <w:rsid w:val="001B5A02"/>
    <w:rsid w:val="001C7176"/>
    <w:rsid w:val="00200BFF"/>
    <w:rsid w:val="00215878"/>
    <w:rsid w:val="00243844"/>
    <w:rsid w:val="00254A13"/>
    <w:rsid w:val="00262AF9"/>
    <w:rsid w:val="00264F65"/>
    <w:rsid w:val="00280A8A"/>
    <w:rsid w:val="00284CC3"/>
    <w:rsid w:val="0029639D"/>
    <w:rsid w:val="00326F90"/>
    <w:rsid w:val="0033796B"/>
    <w:rsid w:val="00364988"/>
    <w:rsid w:val="003726AE"/>
    <w:rsid w:val="003C710A"/>
    <w:rsid w:val="003C779F"/>
    <w:rsid w:val="003E26D9"/>
    <w:rsid w:val="003F046A"/>
    <w:rsid w:val="003F624B"/>
    <w:rsid w:val="00471949"/>
    <w:rsid w:val="00477298"/>
    <w:rsid w:val="004869A0"/>
    <w:rsid w:val="004C2971"/>
    <w:rsid w:val="004E08AA"/>
    <w:rsid w:val="005463D8"/>
    <w:rsid w:val="0056260E"/>
    <w:rsid w:val="006017A2"/>
    <w:rsid w:val="0065441A"/>
    <w:rsid w:val="00656512"/>
    <w:rsid w:val="00687B37"/>
    <w:rsid w:val="006A20A3"/>
    <w:rsid w:val="006E2189"/>
    <w:rsid w:val="007625A2"/>
    <w:rsid w:val="0077215B"/>
    <w:rsid w:val="00793682"/>
    <w:rsid w:val="007B5FEA"/>
    <w:rsid w:val="007D1E2D"/>
    <w:rsid w:val="007E7F0D"/>
    <w:rsid w:val="008078D7"/>
    <w:rsid w:val="00810278"/>
    <w:rsid w:val="00811D34"/>
    <w:rsid w:val="00817D43"/>
    <w:rsid w:val="00827394"/>
    <w:rsid w:val="0083660C"/>
    <w:rsid w:val="00881020"/>
    <w:rsid w:val="008D6121"/>
    <w:rsid w:val="00922087"/>
    <w:rsid w:val="00A02771"/>
    <w:rsid w:val="00A15E83"/>
    <w:rsid w:val="00A206D1"/>
    <w:rsid w:val="00A21F29"/>
    <w:rsid w:val="00A26112"/>
    <w:rsid w:val="00A45F8C"/>
    <w:rsid w:val="00A80220"/>
    <w:rsid w:val="00AA1D8D"/>
    <w:rsid w:val="00AB7D82"/>
    <w:rsid w:val="00B27D03"/>
    <w:rsid w:val="00B47730"/>
    <w:rsid w:val="00B75246"/>
    <w:rsid w:val="00B809D7"/>
    <w:rsid w:val="00BB7CF9"/>
    <w:rsid w:val="00BC6CBE"/>
    <w:rsid w:val="00BF45BF"/>
    <w:rsid w:val="00C212DA"/>
    <w:rsid w:val="00C27F2A"/>
    <w:rsid w:val="00C755B2"/>
    <w:rsid w:val="00C836C4"/>
    <w:rsid w:val="00C91769"/>
    <w:rsid w:val="00CB0664"/>
    <w:rsid w:val="00CE7FB4"/>
    <w:rsid w:val="00D10B9A"/>
    <w:rsid w:val="00D17647"/>
    <w:rsid w:val="00D90CA7"/>
    <w:rsid w:val="00DB59B2"/>
    <w:rsid w:val="00E93A05"/>
    <w:rsid w:val="00EA22F7"/>
    <w:rsid w:val="00EC6470"/>
    <w:rsid w:val="00F04EEF"/>
    <w:rsid w:val="00F34089"/>
    <w:rsid w:val="00F7536F"/>
    <w:rsid w:val="00FC693F"/>
    <w:rsid w:val="00FD2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48464E6-11CD-4591-90BC-B25CA4A4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rebuchet MS" w:hAnsi="Trebuchet MS"/>
      <w:color w:val="243247"/>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93A05"/>
    <w:pPr>
      <w:spacing w:after="0" w:line="240" w:lineRule="auto"/>
    </w:pPr>
    <w:rPr>
      <w:rFonts w:ascii="Trebuchet MS" w:hAnsi="Trebuchet MS"/>
      <w:color w:val="243247"/>
      <w:sz w:val="19"/>
    </w:rPr>
  </w:style>
  <w:style w:type="character" w:styleId="CommentReference">
    <w:name w:val="annotation reference"/>
    <w:basedOn w:val="DefaultParagraphFont"/>
    <w:uiPriority w:val="99"/>
    <w:semiHidden/>
    <w:unhideWhenUsed/>
    <w:rsid w:val="00E93A05"/>
    <w:rPr>
      <w:sz w:val="16"/>
      <w:szCs w:val="16"/>
    </w:rPr>
  </w:style>
  <w:style w:type="paragraph" w:styleId="CommentText">
    <w:name w:val="annotation text"/>
    <w:basedOn w:val="Normal"/>
    <w:link w:val="CommentTextChar"/>
    <w:uiPriority w:val="99"/>
    <w:unhideWhenUsed/>
    <w:rsid w:val="00E93A05"/>
    <w:pPr>
      <w:spacing w:line="240" w:lineRule="auto"/>
    </w:pPr>
    <w:rPr>
      <w:sz w:val="20"/>
      <w:szCs w:val="20"/>
    </w:rPr>
  </w:style>
  <w:style w:type="character" w:customStyle="1" w:styleId="CommentTextChar">
    <w:name w:val="Comment Text Char"/>
    <w:basedOn w:val="DefaultParagraphFont"/>
    <w:link w:val="CommentText"/>
    <w:uiPriority w:val="99"/>
    <w:rsid w:val="00E93A05"/>
    <w:rPr>
      <w:rFonts w:ascii="Trebuchet MS" w:hAnsi="Trebuchet MS"/>
      <w:color w:val="243247"/>
      <w:sz w:val="20"/>
      <w:szCs w:val="20"/>
    </w:rPr>
  </w:style>
  <w:style w:type="paragraph" w:styleId="CommentSubject">
    <w:name w:val="annotation subject"/>
    <w:basedOn w:val="CommentText"/>
    <w:next w:val="CommentText"/>
    <w:link w:val="CommentSubjectChar"/>
    <w:uiPriority w:val="99"/>
    <w:semiHidden/>
    <w:unhideWhenUsed/>
    <w:rsid w:val="00E93A05"/>
    <w:rPr>
      <w:b/>
      <w:bCs/>
    </w:rPr>
  </w:style>
  <w:style w:type="character" w:customStyle="1" w:styleId="CommentSubjectChar">
    <w:name w:val="Comment Subject Char"/>
    <w:basedOn w:val="CommentTextChar"/>
    <w:link w:val="CommentSubject"/>
    <w:uiPriority w:val="99"/>
    <w:semiHidden/>
    <w:rsid w:val="00E93A05"/>
    <w:rPr>
      <w:rFonts w:ascii="Trebuchet MS" w:hAnsi="Trebuchet MS"/>
      <w:b/>
      <w:bCs/>
      <w:color w:val="24324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C17AAA5EEC54FBD1B1DC03A9BD967" ma:contentTypeVersion="21" ma:contentTypeDescription="Create a new document." ma:contentTypeScope="" ma:versionID="5de2715379d5a222debe932c5ea7b75d">
  <xsd:schema xmlns:xsd="http://www.w3.org/2001/XMLSchema" xmlns:xs="http://www.w3.org/2001/XMLSchema" xmlns:p="http://schemas.microsoft.com/office/2006/metadata/properties" xmlns:ns2="8963cf47-484d-4f31-a205-8ff3494179db" xmlns:ns3="ffa9d2f0-5494-45f9-9eb8-ec0cdb4a63ce" targetNamespace="http://schemas.microsoft.com/office/2006/metadata/properties" ma:root="true" ma:fieldsID="8a0e13105314f5f62d8473952d6503b6" ns2:_="" ns3:_="">
    <xsd:import namespace="8963cf47-484d-4f31-a205-8ff3494179db"/>
    <xsd:import namespace="ffa9d2f0-5494-45f9-9eb8-ec0cdb4a63ce"/>
    <xsd:element name="properties">
      <xsd:complexType>
        <xsd:sequence>
          <xsd:element name="documentManagement">
            <xsd:complexType>
              <xsd:all>
                <xsd:element ref="ns2:Yea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3cf47-484d-4f31-a205-8ff3494179db" elementFormDefault="qualified">
    <xsd:import namespace="http://schemas.microsoft.com/office/2006/documentManagement/types"/>
    <xsd:import namespace="http://schemas.microsoft.com/office/infopath/2007/PartnerControls"/>
    <xsd:element name="Year" ma:index="8" nillable="true" ma:displayName="Year" ma:default="2021" ma:format="Dropdown" ma:internalName="Year">
      <xsd:simpleType>
        <xsd:union memberTypes="dms:Text">
          <xsd:simpleType>
            <xsd:restriction base="dms:Choice">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restriction>
          </xsd:simpleType>
        </xsd:un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f3cf72-83e0-44b3-b65b-73f0c9f2447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9d2f0-5494-45f9-9eb8-ec0cdb4a63c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1f7e5ad-aad9-40c1-94cd-46b7c44645a0}" ma:internalName="TaxCatchAll" ma:showField="CatchAllData" ma:web="ffa9d2f0-5494-45f9-9eb8-ec0cdb4a63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8963cf47-484d-4f31-a205-8ff3494179db">2021</Year>
    <TaxCatchAll xmlns="ffa9d2f0-5494-45f9-9eb8-ec0cdb4a63ce" xsi:nil="true"/>
    <lcf76f155ced4ddcb4097134ff3c332f xmlns="8963cf47-484d-4f31-a205-8ff3494179d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01771-4CD0-4A57-BD16-C8D247EC7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3cf47-484d-4f31-a205-8ff3494179db"/>
    <ds:schemaRef ds:uri="ffa9d2f0-5494-45f9-9eb8-ec0cdb4a6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71FBE-F27A-4CC6-9F8E-4B58C06D49D0}">
  <ds:schemaRefs>
    <ds:schemaRef ds:uri="http://schemas.microsoft.com/sharepoint/v3/contenttype/forms"/>
  </ds:schemaRefs>
</ds:datastoreItem>
</file>

<file path=customXml/itemProps3.xml><?xml version="1.0" encoding="utf-8"?>
<ds:datastoreItem xmlns:ds="http://schemas.openxmlformats.org/officeDocument/2006/customXml" ds:itemID="{8E663F6D-8C1A-4745-BA30-CB00D1BBE43C}">
  <ds:schemaRefs>
    <ds:schemaRef ds:uri="http://schemas.microsoft.com/office/2006/metadata/properties"/>
    <ds:schemaRef ds:uri="http://schemas.microsoft.com/office/infopath/2007/PartnerControls"/>
    <ds:schemaRef ds:uri="8963cf47-484d-4f31-a205-8ff3494179db"/>
    <ds:schemaRef ds:uri="ffa9d2f0-5494-45f9-9eb8-ec0cdb4a63ce"/>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Small and Mid-Cap Awards Application form 2025 – International Star</dc:title>
  <dc:subject>Redesigned application form</dc:subject>
  <dc:creator>Nha Vy Nguyen</dc:creator>
  <cp:keywords/>
  <dc:description>generated by python-docx</dc:description>
  <cp:lastModifiedBy>Nha Vy Nguyen</cp:lastModifiedBy>
  <cp:revision>60</cp:revision>
  <dcterms:created xsi:type="dcterms:W3CDTF">2026-08-24T14:36:00Z</dcterms:created>
  <dcterms:modified xsi:type="dcterms:W3CDTF">2026-09-04T09:42:00Z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0x0101003C5C17AAA5EEC54FBD1B1DC03A9BD967</vt:lpwstr>
  </property>
  <property fmtid="{D5CDD505-2E9C-101B-9397-08002B2CF9AE}" pid="3" name="docLang">
    <vt:lpwstr>en</vt:lpwstr>
  </property>
  <property fmtid="{D5CDD505-2E9C-101B-9397-08002B2CF9AE}" pid="4" name="MediaServiceImageTags">
    <vt:lpwstr/>
  </property>
</Properties>
</file>